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PRESENTACIÓN DE SERVICIOS</w:t>
      </w:r>
    </w:p>
    <w:p/>
    <w:p>
      <w:r>
        <w:rPr>
          <w:b w:val="0"/>
          <w:sz w:val="20"/>
        </w:rPr>
        <w:t>A la atención de: ____________________________</w:t>
      </w:r>
    </w:p>
    <w:p/>
    <w:p>
      <w:r>
        <w:rPr>
          <w:b w:val="0"/>
          <w:sz w:val="20"/>
        </w:rPr>
        <w:t>Estimados señores,</w:t>
      </w:r>
    </w:p>
    <w:p/>
    <w:p>
      <w:r>
        <w:rPr>
          <w:b w:val="0"/>
          <w:sz w:val="20"/>
        </w:rPr>
        <w:t>Por medio de la presente, tenemos el placer de dirigirnos a ustedes con el fin de presentarles nuestra empresa, la cual se dedica a la prestación de servicios especializados en el ámbito de _____________________________________.</w:t>
      </w:r>
    </w:p>
    <w:p/>
    <w:p>
      <w:r>
        <w:rPr>
          <w:b/>
          <w:sz w:val="20"/>
        </w:rPr>
        <w:t>Nuestra empresa :</w:t>
      </w:r>
    </w:p>
    <w:p>
      <w:r>
        <w:rPr>
          <w:b w:val="0"/>
          <w:sz w:val="20"/>
        </w:rPr>
        <w:t>Nombre de la empresa : _________________________________________________</w:t>
      </w:r>
    </w:p>
    <w:p>
      <w:r>
        <w:rPr>
          <w:b w:val="0"/>
          <w:sz w:val="20"/>
        </w:rPr>
        <w:t>Domicilio social : _______________________________________________________</w:t>
      </w:r>
    </w:p>
    <w:p>
      <w:r>
        <w:rPr>
          <w:b w:val="0"/>
          <w:sz w:val="20"/>
        </w:rPr>
        <w:t>CIF/NIF : 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</w:t>
      </w:r>
    </w:p>
    <w:p/>
    <w:p>
      <w:r>
        <w:rPr>
          <w:b/>
          <w:sz w:val="20"/>
        </w:rPr>
        <w:t>Servicios ofrecidos :</w:t>
      </w:r>
    </w:p>
    <w:p>
      <w:r>
        <w:rPr>
          <w:b w:val="0"/>
          <w:sz w:val="20"/>
        </w:rPr>
        <w:t>Ofrecemos una amplia gama de servicios que incluyen, entre otros, los siguientes:</w:t>
      </w:r>
    </w:p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_________________________________________________________________</w:t>
      </w:r>
    </w:p>
    <w:p/>
    <w:p>
      <w:r>
        <w:rPr>
          <w:b w:val="0"/>
          <w:sz w:val="20"/>
        </w:rPr>
        <w:t>Contamos con un equipo de profesionales altamente cualificados, con amplia experiencia en el sector, que garantiza la máxima calidad y eficiencia en la prestación de los servicios ofrecidos.</w:t>
      </w:r>
    </w:p>
    <w:p/>
    <w:p>
      <w:r>
        <w:rPr>
          <w:b w:val="0"/>
          <w:sz w:val="20"/>
        </w:rPr>
        <w:t>Nuestro compromiso se basa en la satisfacción del cliente, la adaptación a sus necesidades específicas y el cumplimiento estricto de la normativa vigente aplicable en España.</w:t>
      </w:r>
    </w:p>
    <w:p/>
    <w:p>
      <w:r>
        <w:rPr>
          <w:b w:val="0"/>
          <w:sz w:val="20"/>
        </w:rPr>
        <w:t>Quedamos a su disposición para ampliar cualquier información que consideren necesaria y para concertar una reunión en la que podamos exponer con mayor detalle nuestras capacidades y propuestas.</w:t>
      </w:r>
    </w:p>
    <w:p/>
    <w:p/>
    <w:p>
      <w:r>
        <w:rPr>
          <w:b w:val="0"/>
          <w:sz w:val="20"/>
        </w:rPr>
        <w:t>Sin otro particular, reciban un cordial saludo.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Por la 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Por el 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https://lex-mercantil.com/carta-de-presentacion-de-una-empresa-ofreciendo-sus-servicios/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arta-de-presentacion-de-una-empresa-ofreciendo-sus-servici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