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CERTIFICADO DE AUTENTICIDAD DE OBRA DE ARTE</w:t>
      </w:r>
    </w:p>
    <w:p/>
    <w:p/>
    <w:p>
      <w:r>
        <w:rPr>
          <w:b/>
          <w:sz w:val="20"/>
        </w:rPr>
        <w:t>Yo, el/la abajo firmante, en calidad de autor/a o representante legal, declaro y certifico la autenticidad de la obra de arte descrita a continuación:</w:t>
      </w:r>
    </w:p>
    <w:p/>
    <w:p>
      <w:r>
        <w:rPr>
          <w:b/>
          <w:sz w:val="20"/>
        </w:rPr>
        <w:t>Datos del Artista/Autor/a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NIF / DNI : 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 la Obra de Arte :</w:t>
      </w:r>
    </w:p>
    <w:p>
      <w:r>
        <w:rPr>
          <w:b w:val="0"/>
          <w:sz w:val="20"/>
        </w:rPr>
        <w:t>Título : _______________________________________________________________</w:t>
      </w:r>
    </w:p>
    <w:p>
      <w:r>
        <w:rPr>
          <w:b w:val="0"/>
          <w:sz w:val="20"/>
        </w:rPr>
        <w:t>Técnica : ______________________________________________________________</w:t>
      </w:r>
    </w:p>
    <w:p>
      <w:r>
        <w:rPr>
          <w:b w:val="0"/>
          <w:sz w:val="20"/>
        </w:rPr>
        <w:t>Dimensiones : __________________________________________________________</w:t>
      </w:r>
    </w:p>
    <w:p>
      <w:r>
        <w:rPr>
          <w:b w:val="0"/>
          <w:sz w:val="20"/>
        </w:rPr>
        <w:t>Año de creación : ______________________________________________________</w:t>
      </w:r>
    </w:p>
    <w:p>
      <w:r>
        <w:rPr>
          <w:b w:val="0"/>
          <w:sz w:val="20"/>
        </w:rPr>
        <w:t>Soporte : _______________________________________________________________</w:t>
      </w:r>
    </w:p>
    <w:p>
      <w:r>
        <w:rPr>
          <w:b w:val="0"/>
          <w:sz w:val="20"/>
        </w:rPr>
        <w:t>Firma del autor en la obra (Si procede) : ________________________________</w:t>
      </w:r>
    </w:p>
    <w:p/>
    <w:p>
      <w:r>
        <w:rPr>
          <w:b/>
          <w:sz w:val="20"/>
        </w:rPr>
        <w:t>Declaración :</w:t>
      </w:r>
    </w:p>
    <w:p>
      <w:r>
        <w:rPr>
          <w:b w:val="0"/>
          <w:sz w:val="20"/>
        </w:rPr>
        <w:t>Por medio del presente certificado, afirmo que la obra descrita es original y creada por mí o bajo mi autorización expresa. Esta obra no ha sido reproducida ni copiada y no existe otra obra idéntica o duplicada que pueda ser considerada como tal. Asimismo, certifico que la obra no infringe derechos de terceros y que poseo plena titularidad y derechos de autor sobre la misma.</w:t>
      </w:r>
    </w:p>
    <w:p/>
    <w:p>
      <w:r>
        <w:rPr>
          <w:b/>
          <w:sz w:val="20"/>
        </w:rPr>
        <w:t>Condiciones de transmisión y uso :</w:t>
      </w:r>
    </w:p>
    <w:p>
      <w:r>
        <w:rPr>
          <w:b w:val="0"/>
          <w:sz w:val="20"/>
        </w:rPr>
        <w:t>La presente certificación garantiza la autenticidad de la obra en el momento de su entrega. Cualquier uso, reproducción, exhibición o comercialización de la obra deberá respetar la legislación vigente en materia de propiedad intelectual. El certificado es válido únicamente para la obra descrita y no implica cesión de derechos patrimoniales.</w:t>
      </w:r>
    </w:p>
    <w:p/>
    <w:p>
      <w:r>
        <w:rPr>
          <w:b/>
          <w:sz w:val="20"/>
        </w:rPr>
        <w:t>Limitaciones y responsabilidad :</w:t>
      </w:r>
    </w:p>
    <w:p>
      <w:r>
        <w:rPr>
          <w:b w:val="0"/>
          <w:sz w:val="20"/>
        </w:rPr>
        <w:t>Este certificado no garantiza valor económico ni condiciones de conservación futuras de la obra. No me responsabilizo de posibles deterioros, daños o pérdidas que puedan sufrir la obra con posterioridad a la entrega.</w:t>
      </w:r>
    </w:p>
    <w:p/>
    <w:p/>
    <w:p>
      <w:r>
        <w:rPr>
          <w:b w:val="0"/>
          <w:sz w:val="20"/>
        </w:rPr>
        <w:t>Lugar de expedición : ________________________________________________</w:t>
      </w:r>
    </w:p>
    <w:p>
      <w:r>
        <w:rPr>
          <w:b w:val="0"/>
          <w:sz w:val="20"/>
        </w:rPr>
        <w:t>Firma del Artista/Representante Legal : _______________________________</w:t>
      </w:r>
    </w:p>
    <w:p>
      <w:r>
        <w:rPr>
          <w:b w:val="0"/>
          <w:sz w:val="20"/>
        </w:rPr>
        <w:t>Sello (si procede) : 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ARTISTA / AUTOR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https://lex-mercantil.com/certificado-de-autenticidad-obra-de-arte/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ertificado-de-autenticidad-obra-de-arte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