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CERTIFICADO DE INSTALACIÓN DE AIRE ACONDICIONADO</w:t>
      </w:r>
    </w:p>
    <w:p/>
    <w:p/>
    <w:p>
      <w:r>
        <w:rPr>
          <w:b/>
          <w:sz w:val="20"/>
        </w:rPr>
        <w:t>Datos del Instalador / Empresa Instaladora:</w:t>
      </w:r>
    </w:p>
    <w:p>
      <w:r>
        <w:rPr>
          <w:b w:val="0"/>
          <w:sz w:val="20"/>
        </w:rPr>
        <w:t>Nombre / Razón Social : ________________________________________________</w:t>
      </w:r>
    </w:p>
    <w:p>
      <w:r>
        <w:rPr>
          <w:b w:val="0"/>
          <w:sz w:val="20"/>
        </w:rPr>
        <w:t>Nº Registro Oficial : 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/>
          <w:sz w:val="20"/>
        </w:rPr>
        <w:t>Datos del Cliente:</w:t>
      </w:r>
    </w:p>
    <w:p>
      <w:r>
        <w:rPr>
          <w:b w:val="0"/>
          <w:sz w:val="20"/>
        </w:rPr>
        <w:t>Nombre / Razón Social : ________________________________________________</w:t>
      </w:r>
    </w:p>
    <w:p>
      <w:r>
        <w:rPr>
          <w:b w:val="0"/>
          <w:sz w:val="20"/>
        </w:rPr>
        <w:t>DNI / CIF : _____________________________________________________________</w:t>
      </w:r>
    </w:p>
    <w:p>
      <w:r>
        <w:rPr>
          <w:b w:val="0"/>
          <w:sz w:val="20"/>
        </w:rPr>
        <w:t>Dirección de la instalación : 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/>
          <w:sz w:val="20"/>
        </w:rPr>
        <w:t>Datos de la Instalación:</w:t>
      </w:r>
    </w:p>
    <w:p>
      <w:r>
        <w:rPr>
          <w:b w:val="0"/>
          <w:sz w:val="20"/>
        </w:rPr>
        <w:t>Tipo de equipo instalado : _______________________________________________</w:t>
      </w:r>
    </w:p>
    <w:p>
      <w:r>
        <w:rPr>
          <w:b w:val="0"/>
          <w:sz w:val="20"/>
        </w:rPr>
        <w:t>Marca y Modelo : _______________________________________________________</w:t>
      </w:r>
    </w:p>
    <w:p>
      <w:r>
        <w:rPr>
          <w:b w:val="0"/>
          <w:sz w:val="20"/>
        </w:rPr>
        <w:t>Potencia nominal (kW) : _________________________________________________</w:t>
      </w:r>
    </w:p>
    <w:p>
      <w:r>
        <w:rPr>
          <w:b w:val="0"/>
          <w:sz w:val="20"/>
        </w:rPr>
        <w:t>Número de unidades interiores : __________________________________________</w:t>
      </w:r>
    </w:p>
    <w:p>
      <w:r>
        <w:rPr>
          <w:b w:val="0"/>
          <w:sz w:val="20"/>
        </w:rPr>
        <w:t>Número de unidades exteriores : __________________________________________</w:t>
      </w:r>
    </w:p>
    <w:p>
      <w:r>
        <w:rPr>
          <w:b w:val="0"/>
          <w:sz w:val="20"/>
        </w:rPr>
        <w:t>Tipo de refrigerante : _________________________________________________</w:t>
      </w:r>
    </w:p>
    <w:p>
      <w:r>
        <w:rPr>
          <w:b w:val="0"/>
          <w:sz w:val="20"/>
        </w:rPr>
        <w:t>Cantidad de refrigerante (kg) : _________________________________________</w:t>
      </w:r>
    </w:p>
    <w:p/>
    <w:p>
      <w:r>
        <w:rPr>
          <w:b/>
          <w:sz w:val="20"/>
        </w:rPr>
        <w:t>Declaración del Instalador:</w:t>
      </w:r>
    </w:p>
    <w:p>
      <w:r>
        <w:rPr>
          <w:b w:val="0"/>
          <w:sz w:val="20"/>
        </w:rPr>
        <w:t>El instalador certifica que la instalación de aire acondicionado descrita cumple con la normativa vigente en materia de seguridad, eficiencia energética y medioambiental aplicable en España. Se ha realizado la instalación conforme a las especificaciones técnicas del fabricante y a las normativas UNE y RITE vigentes, garantizando el correcto funcionamiento y seguridad del equipo instalado.</w:t>
      </w:r>
    </w:p>
    <w:p/>
    <w:p>
      <w:r>
        <w:rPr>
          <w:b/>
          <w:sz w:val="20"/>
        </w:rPr>
        <w:t>Responsabilidades:</w:t>
      </w:r>
    </w:p>
    <w:p>
      <w:r>
        <w:rPr>
          <w:b w:val="0"/>
          <w:sz w:val="20"/>
        </w:rPr>
        <w:t>El instalador asume la responsabilidad técnica y legal por la instalación realizada, comprometiéndose a responder ante cualquier incumplimiento normativo o defecto de instalación que pudiera derivar en riesgos para las personas o bienes.</w:t>
      </w:r>
    </w:p>
    <w:p/>
    <w:p>
      <w:r>
        <w:rPr>
          <w:b/>
          <w:sz w:val="20"/>
        </w:rPr>
        <w:t>Mantenimiento y Uso:</w:t>
      </w:r>
    </w:p>
    <w:p>
      <w:r>
        <w:rPr>
          <w:b w:val="0"/>
          <w:sz w:val="20"/>
        </w:rPr>
        <w:t>El instalador informa al cliente de la necesidad de realizar mantenimientos periódicos según manual del fabricante y normativa aplicable para garantizar la seguridad, eficiencia y durabilidad del sistema. El cliente se compromete a seguir las recomendaciones para el uso adecuado y mantenimiento preventivo del equipo.</w:t>
      </w:r>
    </w:p>
    <w:p/>
    <w:p/>
    <w:p>
      <w:r>
        <w:rPr>
          <w:b w:val="0"/>
          <w:sz w:val="20"/>
        </w:rPr>
        <w:t>Lugar de la instalación 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INSTALADOR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https://lex-mercantil.com/certificado-instalacion-aire-acondicionado/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certificado-instalacion-aire-acondicionado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