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CLÁUSULA PRECONTRATO PARA EXTRANJEROS</w:t>
      </w:r>
    </w:p>
    <w:p/>
    <w:p>
      <w:r>
        <w:rPr>
          <w:b w:val="0"/>
          <w:sz w:val="20"/>
        </w:rPr>
        <w:t>Entre las partes que a continuación se identifican, se acuerda el presente precontrato con el fin de regular las condiciones previas a la formalización del contrato definitivo de compraventa.</w:t>
      </w:r>
    </w:p>
    <w:p/>
    <w:p>
      <w:r>
        <w:rPr>
          <w:b/>
          <w:sz w:val="20"/>
        </w:rPr>
        <w:t>DATOS DEL PROMITENTE VENDEDOR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Pasaporte / Documento de Identidad : _________________________________</w:t>
      </w:r>
    </w:p>
    <w:p>
      <w:r>
        <w:rPr>
          <w:b w:val="0"/>
          <w:sz w:val="20"/>
        </w:rPr>
        <w:t>Nacionalidad : __________________________________________________________</w:t>
      </w:r>
    </w:p>
    <w:p>
      <w:r>
        <w:rPr>
          <w:b w:val="0"/>
          <w:sz w:val="20"/>
        </w:rPr>
        <w:t>Domicilio en España : 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</w:t>
      </w:r>
    </w:p>
    <w:p/>
    <w:p>
      <w:r>
        <w:rPr>
          <w:b/>
          <w:sz w:val="20"/>
        </w:rPr>
        <w:t>DATOS DEL PROMITENTE COMPRADOR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Pasaporte / Documento de Identidad : _________________________________</w:t>
      </w:r>
    </w:p>
    <w:p>
      <w:r>
        <w:rPr>
          <w:b w:val="0"/>
          <w:sz w:val="20"/>
        </w:rPr>
        <w:t>Nacionalidad : __________________________________________________________</w:t>
      </w:r>
    </w:p>
    <w:p>
      <w:r>
        <w:rPr>
          <w:b w:val="0"/>
          <w:sz w:val="20"/>
        </w:rPr>
        <w:t>Domicilio en país de origen : ____________________________________________</w:t>
      </w:r>
    </w:p>
    <w:p>
      <w:r>
        <w:rPr>
          <w:b w:val="0"/>
          <w:sz w:val="20"/>
        </w:rPr>
        <w:t>Teléfono : ______________________________________________________________</w:t>
      </w:r>
    </w:p>
    <w:p/>
    <w:p>
      <w:r>
        <w:rPr>
          <w:b/>
          <w:sz w:val="20"/>
        </w:rPr>
        <w:t>OBJETO DEL PRECONTRATO :</w:t>
      </w:r>
    </w:p>
    <w:p>
      <w:r>
        <w:rPr>
          <w:b w:val="0"/>
          <w:sz w:val="20"/>
        </w:rPr>
        <w:t>El promitente vendedor se compromete a reservar y vender, y el promitente comprador a adquirir, el bien inmueble descrito, en las condiciones establecidas en el presente precontrato.</w:t>
      </w:r>
    </w:p>
    <w:p>
      <w:r>
        <w:rPr>
          <w:b w:val="0"/>
          <w:sz w:val="20"/>
        </w:rPr>
        <w:t>El inmueble objeto del presente precontrato se encuentra libre de cargas, gravámenes y arrendamientos, y en condiciones aptas para su transmisión.</w:t>
      </w:r>
    </w:p>
    <w:p/>
    <w:p>
      <w:r>
        <w:rPr>
          <w:b/>
          <w:sz w:val="20"/>
        </w:rPr>
        <w:t>PRECIO Y FORMA DE PAGO :</w:t>
      </w:r>
    </w:p>
    <w:p>
      <w:r>
        <w:rPr>
          <w:b w:val="0"/>
          <w:sz w:val="20"/>
        </w:rPr>
        <w:t>El precio acordado para la compraventa es de _________________ EUR, que el promitente comprador se obliga a satisfacer conforme al siguiente esquema:</w:t>
      </w:r>
    </w:p>
    <w:p>
      <w:r>
        <w:rPr>
          <w:b w:val="0"/>
          <w:sz w:val="20"/>
        </w:rPr>
        <w:t>- Señal o arras confirmatorias en el momento de la firma del precontrato: ______________ EUR.</w:t>
      </w:r>
    </w:p>
    <w:p>
      <w:r>
        <w:rPr>
          <w:b w:val="0"/>
          <w:sz w:val="20"/>
        </w:rPr>
        <w:t>- Resto del importe en el momento de la firma del contrato definitivo.</w:t>
      </w:r>
    </w:p>
    <w:p>
      <w:r>
        <w:rPr>
          <w:b w:val="0"/>
          <w:sz w:val="20"/>
        </w:rPr>
        <w:t>Las partes acuerdan que el pago se realizará mediante transferencia bancaria a la cuenta designada por el promitente vendedor.</w:t>
      </w:r>
    </w:p>
    <w:p/>
    <w:p>
      <w:r>
        <w:rPr>
          <w:b/>
          <w:sz w:val="20"/>
        </w:rPr>
        <w:t>PLAZO PARA LA FORMALIZACIÓN DEL CONTRATO DEFINITIVO :</w:t>
      </w:r>
    </w:p>
    <w:p>
      <w:r>
        <w:rPr>
          <w:b w:val="0"/>
          <w:sz w:val="20"/>
        </w:rPr>
        <w:t>Ambas partes se obligan a formalizar el contrato definitivo de compraventa en un plazo máximo de ______ días hábiles contados a partir de la firma del presente precontrato.</w:t>
      </w:r>
    </w:p>
    <w:p>
      <w:r>
        <w:rPr>
          <w:b w:val="0"/>
          <w:sz w:val="20"/>
        </w:rPr>
        <w:t>El incumplimiento de este plazo facultará a la parte cumplidora para resolver el precontrato y reclamar las cantidades entregadas en concepto de arras, en los términos previstos en la legislación aplicable.</w:t>
      </w:r>
    </w:p>
    <w:p/>
    <w:p>
      <w:r>
        <w:rPr>
          <w:b/>
          <w:sz w:val="20"/>
        </w:rPr>
        <w:t>OBLIGACIONES DE LAS PARTES :</w:t>
      </w:r>
    </w:p>
    <w:p>
      <w:r>
        <w:rPr>
          <w:b w:val="0"/>
          <w:sz w:val="20"/>
        </w:rPr>
        <w:t>1. El promitente vendedor garantiza la titularidad y la ausencia de cargas del bien objeto del presente precontrato.</w:t>
      </w:r>
    </w:p>
    <w:p>
      <w:r>
        <w:rPr>
          <w:b w:val="0"/>
          <w:sz w:val="20"/>
        </w:rPr>
        <w:t>2. El promitente comprador se compromete a realizar los pagos en los plazos convenidos y a aportar la documentación necesaria para la formalización del contrato definitivo.</w:t>
      </w:r>
    </w:p>
    <w:p>
      <w:r>
        <w:rPr>
          <w:b w:val="0"/>
          <w:sz w:val="20"/>
        </w:rPr>
        <w:t>3. Ambas partes colaborarán de buena fe para la obtención de las autorizaciones, certificados y demás documentos requeridos para la formalización y ejecución del contrato definitivo.</w:t>
      </w:r>
    </w:p>
    <w:p/>
    <w:p>
      <w:r>
        <w:rPr>
          <w:b/>
          <w:sz w:val="20"/>
        </w:rPr>
        <w:t>GASTOS Y TRIBUTOS :</w:t>
      </w:r>
    </w:p>
    <w:p>
      <w:r>
        <w:rPr>
          <w:b w:val="0"/>
          <w:sz w:val="20"/>
        </w:rPr>
        <w:t>Serán de cuenta del promitente comprador los gastos e impuestos derivados de la compraventa, incluyendo pero no limitándose a impuestos, tasas notariales, registrales y cualquier otro gasto necesario para la inscripción y transmisión del dominio.</w:t>
      </w:r>
    </w:p>
    <w:p/>
    <w:p>
      <w:r>
        <w:rPr>
          <w:b/>
          <w:sz w:val="20"/>
        </w:rPr>
        <w:t>RESOLUCIÓN DEL PRECONTRATO :</w:t>
      </w:r>
    </w:p>
    <w:p>
      <w:r>
        <w:rPr>
          <w:b w:val="0"/>
          <w:sz w:val="20"/>
        </w:rPr>
        <w:t>En caso de incumplimiento por parte del promitente comprador, el importe entregado como arras quedará en poder del promitente vendedor como penalización.</w:t>
      </w:r>
    </w:p>
    <w:p>
      <w:r>
        <w:rPr>
          <w:b w:val="0"/>
          <w:sz w:val="20"/>
        </w:rPr>
        <w:t>Si el incumplimiento corresponde al promitente vendedor, éste devolverá al promitente comprador el doble de la cantidad entregada en concepto de arras.</w:t>
      </w:r>
    </w:p>
    <w:p/>
    <w:p>
      <w:r>
        <w:rPr>
          <w:b/>
          <w:sz w:val="20"/>
        </w:rPr>
        <w:t>LEGISLACIÓN APLICABLE Y JURISDICCIÓN :</w:t>
      </w:r>
    </w:p>
    <w:p>
      <w:r>
        <w:rPr>
          <w:b w:val="0"/>
          <w:sz w:val="20"/>
        </w:rPr>
        <w:t>El presente precontrato se regirá por la legislación española, en particular por lo establecido en el Código Civil y normativa complementaria.</w:t>
      </w:r>
    </w:p>
    <w:p>
      <w:r>
        <w:rPr>
          <w:b w:val="0"/>
          <w:sz w:val="20"/>
        </w:rPr>
        <w:t>Para la resolución de cualquier controversia que derive del presente precontrato, las partes se someten expresamente a los Juzgados y Tribunales de la ciudad donde se ubique el bien objeto del contrato.</w:t>
      </w:r>
    </w:p>
    <w:p/>
    <w:p/>
    <w:p>
      <w:r>
        <w:rPr>
          <w:b w:val="0"/>
          <w:sz w:val="20"/>
        </w:rPr>
        <w:t>Lugar de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PROMITENTE VENDEDOR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PROMITENTE COMPRADOR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https://lex-mercantil.com/clausula-precontrato-extranjeros/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clausula-precontrato-extranjeros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