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CONTRATO DE COMPRAVENTA DE VEHÍCULO PARTICULAR A EMPRESA</w:t>
      </w:r>
    </w:p>
    <w:p/>
    <w:p>
      <w:r>
        <w:rPr>
          <w:b w:val="0"/>
          <w:sz w:val="20"/>
        </w:rPr>
        <w:t>Lugar : ____________________________    Fecha : ____________________________</w:t>
      </w:r>
    </w:p>
    <w:p/>
    <w:p>
      <w:r>
        <w:rPr>
          <w:b/>
          <w:sz w:val="20"/>
        </w:rPr>
        <w:t>Datos del Vendedor (Particular) :</w:t>
      </w:r>
    </w:p>
    <w:p>
      <w:r>
        <w:rPr>
          <w:b w:val="0"/>
          <w:sz w:val="20"/>
        </w:rPr>
        <w:t>Nombre y Apellidos : ___________________________________________________</w:t>
      </w:r>
    </w:p>
    <w:p>
      <w:r>
        <w:rPr>
          <w:b w:val="0"/>
          <w:sz w:val="20"/>
        </w:rPr>
        <w:t>NIF : _________________________________________________________________</w:t>
      </w:r>
    </w:p>
    <w:p>
      <w:r>
        <w:rPr>
          <w:b w:val="0"/>
          <w:sz w:val="20"/>
        </w:rPr>
        <w:t>Domicilio : ____________________________________________________________</w:t>
      </w:r>
    </w:p>
    <w:p>
      <w:r>
        <w:rPr>
          <w:b w:val="0"/>
          <w:sz w:val="20"/>
        </w:rPr>
        <w:t>Teléfono : _____________________________________________________________</w:t>
      </w:r>
    </w:p>
    <w:p/>
    <w:p>
      <w:r>
        <w:rPr>
          <w:b/>
          <w:sz w:val="20"/>
        </w:rPr>
        <w:t>Datos del Comprador (Empresa) :</w:t>
      </w:r>
    </w:p>
    <w:p>
      <w:r>
        <w:rPr>
          <w:b w:val="0"/>
          <w:sz w:val="20"/>
        </w:rPr>
        <w:t>Razón Social : ________________________________________________________</w:t>
      </w:r>
    </w:p>
    <w:p>
      <w:r>
        <w:rPr>
          <w:b w:val="0"/>
          <w:sz w:val="20"/>
        </w:rPr>
        <w:t>NIF/CIF : _____________________________________________________________</w:t>
      </w:r>
    </w:p>
    <w:p>
      <w:r>
        <w:rPr>
          <w:b w:val="0"/>
          <w:sz w:val="20"/>
        </w:rPr>
        <w:t>Domicilio Social : _____________________________________________________</w:t>
      </w:r>
    </w:p>
    <w:p>
      <w:r>
        <w:rPr>
          <w:b w:val="0"/>
          <w:sz w:val="20"/>
        </w:rPr>
        <w:t>Representante Legal : _________________________________________________</w:t>
      </w:r>
    </w:p>
    <w:p>
      <w:r>
        <w:rPr>
          <w:b w:val="0"/>
          <w:sz w:val="20"/>
        </w:rPr>
        <w:t>Teléfono : _____________________________________________________________</w:t>
      </w:r>
    </w:p>
    <w:p/>
    <w:p>
      <w:r>
        <w:rPr>
          <w:b/>
          <w:sz w:val="20"/>
        </w:rPr>
        <w:t>Datos del Vehículo :</w:t>
      </w:r>
    </w:p>
    <w:p>
      <w:r>
        <w:rPr>
          <w:b w:val="0"/>
          <w:sz w:val="20"/>
        </w:rPr>
        <w:t>Marca : _______________________________________________________________</w:t>
      </w:r>
    </w:p>
    <w:p>
      <w:r>
        <w:rPr>
          <w:b w:val="0"/>
          <w:sz w:val="20"/>
        </w:rPr>
        <w:t>Modelo : ______________________________________________________________</w:t>
      </w:r>
    </w:p>
    <w:p>
      <w:r>
        <w:rPr>
          <w:b w:val="0"/>
          <w:sz w:val="20"/>
        </w:rPr>
        <w:t>Matrícula : ____________________________________________________________</w:t>
      </w:r>
    </w:p>
    <w:p>
      <w:r>
        <w:rPr>
          <w:b w:val="0"/>
          <w:sz w:val="20"/>
        </w:rPr>
        <w:t>Número de Bastidor (VIN) : _____________________________________________</w:t>
      </w:r>
    </w:p>
    <w:p>
      <w:r>
        <w:rPr>
          <w:b w:val="0"/>
          <w:sz w:val="20"/>
        </w:rPr>
        <w:t>Año de Matriculación : ________________________________________________</w:t>
      </w:r>
    </w:p>
    <w:p>
      <w:r>
        <w:rPr>
          <w:b w:val="0"/>
          <w:sz w:val="20"/>
        </w:rPr>
        <w:t>Kilometraje : _________________________________________________________</w:t>
      </w:r>
    </w:p>
    <w:p>
      <w:r>
        <w:rPr>
          <w:b w:val="0"/>
          <w:sz w:val="20"/>
        </w:rPr>
        <w:t>Estado General : ______________________________________________________</w:t>
      </w:r>
    </w:p>
    <w:p/>
    <w:p>
      <w:r>
        <w:rPr>
          <w:b/>
          <w:sz w:val="20"/>
        </w:rPr>
        <w:t>Precio y Condiciones de Pago :</w:t>
      </w:r>
    </w:p>
    <w:p>
      <w:r>
        <w:rPr>
          <w:b w:val="0"/>
          <w:sz w:val="20"/>
        </w:rPr>
        <w:t>Precio de Venta : _________________ EUR</w:t>
      </w:r>
    </w:p>
    <w:p>
      <w:r>
        <w:rPr>
          <w:b w:val="0"/>
          <w:sz w:val="20"/>
        </w:rPr>
        <w:t>Forma de Pago : ________________________________________________________</w:t>
      </w:r>
    </w:p>
    <w:p/>
    <w:p>
      <w:r>
        <w:rPr>
          <w:b/>
          <w:sz w:val="20"/>
        </w:rPr>
        <w:t>Cláusula 1 – Objeto del contrato</w:t>
      </w:r>
    </w:p>
    <w:p>
      <w:r>
        <w:rPr>
          <w:b w:val="0"/>
          <w:sz w:val="20"/>
        </w:rPr>
        <w:t>El vendedor transmite y el comprador adquiere el vehículo descrito en este contrato, con todos sus componentes, accesorios y documentación legal. El vendedor garantiza que es propietario legítimo del vehículo, libre de cargas, gravámenes o limitaciones que impidan su transmisión.</w:t>
      </w:r>
    </w:p>
    <w:p/>
    <w:p>
      <w:r>
        <w:rPr>
          <w:b/>
          <w:sz w:val="20"/>
        </w:rPr>
        <w:t>Cláusula 2 – Estado del vehículo</w:t>
      </w:r>
    </w:p>
    <w:p>
      <w:r>
        <w:rPr>
          <w:b w:val="0"/>
          <w:sz w:val="20"/>
        </w:rPr>
        <w:t>El comprador declara haber inspeccionado el vehículo y acepta el estado en que se encuentra, reconociendo que se trata de un bien usado. El vendedor informa de los defectos visibles conocidos, que han sido tenidos en cuenta en el precio pactado.</w:t>
      </w:r>
    </w:p>
    <w:p/>
    <w:p>
      <w:r>
        <w:rPr>
          <w:b/>
          <w:sz w:val="20"/>
        </w:rPr>
        <w:t>Cláusula 3 – Entrega y transmisión de la propiedad</w:t>
      </w:r>
    </w:p>
    <w:p>
      <w:r>
        <w:rPr>
          <w:b w:val="0"/>
          <w:sz w:val="20"/>
        </w:rPr>
        <w:t>La entrega del vehículo y la transmisión de la propiedad se realizarán en el momento del pago íntegro del precio pactado y la firma del presente contrato. El vendedor entregará la documentación necesaria para la transferencia y uso legal del vehículo.</w:t>
      </w:r>
    </w:p>
    <w:p/>
    <w:p>
      <w:r>
        <w:rPr>
          <w:b/>
          <w:sz w:val="20"/>
        </w:rPr>
        <w:t>Cláusula 4 – Gastos y tributos</w:t>
      </w:r>
    </w:p>
    <w:p>
      <w:r>
        <w:rPr>
          <w:b w:val="0"/>
          <w:sz w:val="20"/>
        </w:rPr>
        <w:t>Todos los gastos derivados de la transferencia de la titularidad, impuestos, tasas y otros tributos serán a cargo del comprador, salvo pacto en contrario. El vendedor se compromete a colaborar en las gestiones necesarias para efectuar la transferencia.</w:t>
      </w:r>
    </w:p>
    <w:p/>
    <w:p>
      <w:r>
        <w:rPr>
          <w:b/>
          <w:sz w:val="20"/>
        </w:rPr>
        <w:t>Cláusula 5 – Responsabilidades y garantías</w:t>
      </w:r>
    </w:p>
    <w:p>
      <w:r>
        <w:rPr>
          <w:b w:val="0"/>
          <w:sz w:val="20"/>
        </w:rPr>
        <w:t>Salvo pacto expreso y por escrito, el vehículo se vende en el estado actual, sin garantía adicional por parte del vendedor más allá de la legalmente establecida. El vendedor no se responsabiliza de vicios ocultos que no hayan sido comunicados y conocidos por el comprador al momento de la firma.</w:t>
      </w:r>
    </w:p>
    <w:p/>
    <w:p>
      <w:r>
        <w:rPr>
          <w:b/>
          <w:sz w:val="20"/>
        </w:rPr>
        <w:t>Cláusula 6 – Legislación aplicable y jurisdicción</w:t>
      </w:r>
    </w:p>
    <w:p>
      <w:r>
        <w:rPr>
          <w:b w:val="0"/>
          <w:sz w:val="20"/>
        </w:rPr>
        <w:t>Este contrato se regirá e interpretará conforme a la legislación española. Para la resolución de cualquier conflicto derivado del presente contrato, las partes se someten a los Juzgados y Tribunales del domicilio del comprador, renunciando a cualquier otro fuero que pudiera corresponderles.</w:t>
      </w:r>
    </w:p>
    <w:p/>
    <w:p/>
    <w:p>
      <w:r>
        <w:rPr>
          <w:b w:val="0"/>
          <w:sz w:val="20"/>
        </w:rPr>
        <w:t>Lugar y fecha de la firma : 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VENDEDOR (Particular)</w:t>
            </w:r>
          </w:p>
        </w:tc>
        <w:tc>
          <w:tcPr>
            <w:tcW w:type="dxa" w:w="4986"/>
            <w:tcBorders>
              <w:top w:val="nil"/>
              <w:left w:val="nil"/>
              <w:bottom w:val="nil"/>
              <w:right w:val="nil"/>
              <w:insideH w:val="nil"/>
              <w:insideV w:val="nil"/>
            </w:tcBorders>
          </w:tcPr>
          <w:p>
            <w:pPr>
              <w:jc w:val="center"/>
            </w:pPr>
            <w:r>
              <w:t>COMPRADOR (Empresa)</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Nombre : ________________________________</w:t>
            </w:r>
          </w:p>
        </w:tc>
        <w:tc>
          <w:tcPr>
            <w:tcW w:type="dxa" w:w="4986"/>
            <w:tcBorders>
              <w:top w:val="nil"/>
              <w:left w:val="nil"/>
              <w:bottom w:val="nil"/>
              <w:right w:val="nil"/>
              <w:insideH w:val="nil"/>
              <w:insideV w:val="nil"/>
            </w:tcBorders>
          </w:tcPr>
          <w:p>
            <w:pPr>
              <w:jc w:val="center"/>
            </w:pPr>
            <w:r>
              <w:t>Nombre : ________________________________</w:t>
            </w:r>
          </w:p>
        </w:tc>
      </w:tr>
    </w:tbl>
    <w:p>
      <w:r>
        <w:br w:type="page"/>
      </w:r>
    </w:p>
    <w:p>
      <w:pPr>
        <w:jc w:val="center"/>
      </w:pPr>
      <w:r>
        <w:rPr>
          <w:color w:val="555555"/>
          <w:sz w:val="24"/>
        </w:rPr>
        <w:t>Fuente original de este documento:</w:t>
      </w:r>
    </w:p>
    <w:p>
      <w:pPr>
        <w:jc w:val="center"/>
      </w:pPr>
      <w:hyperlink r:id="rId9">
        <w:r>
          <w:rPr>
            <w:color w:val="0000FF"/>
            <w:u w:val="single"/>
          </w:rPr>
          <w:t>https://lex-mercantil.com/contrato-compraventa-vehiculo-particular-a-empresa/</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contrato-compraventa-vehiculo-particular-a-empresa/"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