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COLABORACIÓN EMPRESARIAL</w:t>
      </w:r>
    </w:p>
    <w:p/>
    <w:p>
      <w:r>
        <w:rPr>
          <w:b/>
          <w:sz w:val="20"/>
        </w:rPr>
        <w:t>Datos de las Partes :</w:t>
      </w:r>
    </w:p>
    <w:p>
      <w:r>
        <w:rPr>
          <w:b w:val="0"/>
          <w:sz w:val="20"/>
        </w:rPr>
        <w:t>Empresa A : ____________________________________________________________</w:t>
      </w:r>
    </w:p>
    <w:p>
      <w:r>
        <w:rPr>
          <w:b w:val="0"/>
          <w:sz w:val="20"/>
        </w:rPr>
        <w:t>Representante Legal : ___________________________________________________</w:t>
      </w:r>
    </w:p>
    <w:p>
      <w:r>
        <w:rPr>
          <w:b w:val="0"/>
          <w:sz w:val="20"/>
        </w:rPr>
        <w:t>NIF/CIF : _______________________________________________________________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 w:val="0"/>
          <w:sz w:val="20"/>
        </w:rPr>
        <w:t>Empresa B : ____________________________________________________________</w:t>
      </w:r>
    </w:p>
    <w:p>
      <w:r>
        <w:rPr>
          <w:b w:val="0"/>
          <w:sz w:val="20"/>
        </w:rPr>
        <w:t>Representante Legal : ___________________________________________________</w:t>
      </w:r>
    </w:p>
    <w:p>
      <w:r>
        <w:rPr>
          <w:b w:val="0"/>
          <w:sz w:val="20"/>
        </w:rPr>
        <w:t>NIF/CIF : _______________________________________________________________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Exposición de motivos</w:t>
      </w:r>
    </w:p>
    <w:p>
      <w:r>
        <w:rPr>
          <w:b w:val="0"/>
          <w:sz w:val="20"/>
        </w:rPr>
        <w:t>Ambas partes manifiestan su voluntad de colaborar en el ámbito empresarial, estableciendo un marco jurídico que regule su relación y compromisos mutuos, conforme a la legislación vigente en España.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presente contrato tiene por objeto regular la colaboración entre las partes para el desarrollo conjunto de actividades empresariales específicas, sin que exista relación laboral ni societaria entre ellas.</w:t>
      </w:r>
    </w:p>
    <w:p/>
    <w:p>
      <w:r>
        <w:rPr>
          <w:b/>
          <w:sz w:val="20"/>
        </w:rPr>
        <w:t>Cláusula 2 – Duración</w:t>
      </w:r>
    </w:p>
    <w:p>
      <w:r>
        <w:rPr>
          <w:b w:val="0"/>
          <w:sz w:val="20"/>
        </w:rPr>
        <w:t>La colaboración tendrá una duración inicial de _______________, pudiendo ser prorrogada por acuerdo expreso y por escrito entre las partes.</w:t>
      </w:r>
    </w:p>
    <w:p/>
    <w:p>
      <w:r>
        <w:rPr>
          <w:b/>
          <w:sz w:val="20"/>
        </w:rPr>
        <w:t>Cláusula 3 – Obligaciones de las partes</w:t>
      </w:r>
    </w:p>
    <w:p>
      <w:r>
        <w:rPr>
          <w:b w:val="0"/>
          <w:sz w:val="20"/>
        </w:rPr>
        <w:t>3.1. La Empresa A se compromete a: ____________________________________________________.</w:t>
        <w:br/>
        <w:t>3.2. La Empresa B se compromete a: ____________________________________________________.</w:t>
        <w:br/>
        <w:t>Ambas partes cooperarán de buena fe y con la diligencia necesaria para el cumplimiento de los fines del presente contrato.</w:t>
      </w:r>
    </w:p>
    <w:p/>
    <w:p>
      <w:r>
        <w:rPr>
          <w:b/>
          <w:sz w:val="20"/>
        </w:rPr>
        <w:t>Cláusula 4 – Confidencialidad</w:t>
      </w:r>
    </w:p>
    <w:p>
      <w:r>
        <w:rPr>
          <w:b w:val="0"/>
          <w:sz w:val="20"/>
        </w:rPr>
        <w:t>Las partes se obligan a mantener en estricta confidencialidad toda la información y documentación intercambiada en el marco de esta colaboración, salvo autorización previa y por escrito de la otra parte.</w:t>
      </w:r>
    </w:p>
    <w:p/>
    <w:p>
      <w:r>
        <w:rPr>
          <w:b/>
          <w:sz w:val="20"/>
        </w:rPr>
        <w:t>Cláusula 5 – Propiedad Intelectual</w:t>
      </w:r>
    </w:p>
    <w:p>
      <w:r>
        <w:rPr>
          <w:b w:val="0"/>
          <w:sz w:val="20"/>
        </w:rPr>
        <w:t>Los derechos de propiedad intelectual que se deriven de las actividades realizadas permanecerán en propiedad de la parte que los haya generado, salvo pacto en contrario expresamente acordado por escrito.</w:t>
      </w:r>
    </w:p>
    <w:p/>
    <w:p>
      <w:r>
        <w:rPr>
          <w:b/>
          <w:sz w:val="20"/>
        </w:rPr>
        <w:t>Cláusula 6 – Responsabilidad</w:t>
      </w:r>
    </w:p>
    <w:p>
      <w:r>
        <w:rPr>
          <w:b w:val="0"/>
          <w:sz w:val="20"/>
        </w:rPr>
        <w:t>Cada parte responderá frente a la otra por los daños y perjuicios que se deriven del incumplimiento de las obligaciones asumidas en este contrato, sin que ninguna de ellas sea responsable por daños indirectos o lucro cesante salvo dolo o culpa grave.</w:t>
      </w:r>
    </w:p>
    <w:p/>
    <w:p>
      <w:r>
        <w:rPr>
          <w:b/>
          <w:sz w:val="20"/>
        </w:rPr>
        <w:t>Cláusula 7 – Resolución del contrato</w:t>
      </w:r>
    </w:p>
    <w:p>
      <w:r>
        <w:rPr>
          <w:b w:val="0"/>
          <w:sz w:val="20"/>
        </w:rPr>
        <w:t>El presente contrato podrá ser rescindido por cualquiera de las partes mediante comunicación escrita con un preaviso mínimo de _______________ días, sin perjuicio de las responsabilidades por incumplimiento.</w:t>
      </w:r>
    </w:p>
    <w:p/>
    <w:p>
      <w:r>
        <w:rPr>
          <w:b/>
          <w:sz w:val="20"/>
        </w:rPr>
        <w:t>Cláusula 8 – Legislación aplicable y jurisdicción</w:t>
      </w:r>
    </w:p>
    <w:p>
      <w:r>
        <w:rPr>
          <w:b w:val="0"/>
          <w:sz w:val="20"/>
        </w:rPr>
        <w:t>Este contrato se regirá e interpretará conforme a la legislación española. Para la resolución de cualquier controversia derivada del mismo, las partes se someten a los Juzgados y Tribunales del domicilio social de la parte demandada.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EMPRESA 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EMPRESA B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https://lex-mercantil.com/contrato-de-colaboracion-empresarial/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contrato-de-colaboracion-empresarial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