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CONTRATO DE EXCLUSIVIDAD</w:t>
      </w:r>
    </w:p>
    <w:p/>
    <w:p>
      <w:r>
        <w:rPr>
          <w:b w:val="0"/>
          <w:sz w:val="20"/>
        </w:rPr>
        <w:t>Lugar : ____________________________    Fecha : ____________________________</w:t>
      </w:r>
    </w:p>
    <w:p/>
    <w:p>
      <w:r>
        <w:rPr>
          <w:b/>
          <w:sz w:val="20"/>
        </w:rPr>
        <w:t>Datos del Otorgante de Exclusividad :</w:t>
      </w:r>
    </w:p>
    <w:p>
      <w:r>
        <w:rPr>
          <w:b w:val="0"/>
          <w:sz w:val="20"/>
        </w:rPr>
        <w:t>Nombre o Razón Social : ________________________________________________</w:t>
      </w:r>
    </w:p>
    <w:p>
      <w:r>
        <w:rPr>
          <w:b w:val="0"/>
          <w:sz w:val="20"/>
        </w:rPr>
        <w:t>NIF/CIF : _______________________________________________________________</w:t>
      </w:r>
    </w:p>
    <w:p>
      <w:r>
        <w:rPr>
          <w:b w:val="0"/>
          <w:sz w:val="20"/>
        </w:rPr>
        <w:t>Domicilio Social : 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______________________________________________________________</w:t>
      </w:r>
    </w:p>
    <w:p/>
    <w:p>
      <w:r>
        <w:rPr>
          <w:b/>
          <w:sz w:val="20"/>
        </w:rPr>
        <w:t>Datos del Exclusivo :</w:t>
      </w:r>
    </w:p>
    <w:p>
      <w:r>
        <w:rPr>
          <w:b w:val="0"/>
          <w:sz w:val="20"/>
        </w:rPr>
        <w:t>Nombre o Razón Social : ________________________________________________</w:t>
      </w:r>
    </w:p>
    <w:p>
      <w:r>
        <w:rPr>
          <w:b w:val="0"/>
          <w:sz w:val="20"/>
        </w:rPr>
        <w:t>NIF/CIF : _______________________________________________________________</w:t>
      </w:r>
    </w:p>
    <w:p>
      <w:r>
        <w:rPr>
          <w:b w:val="0"/>
          <w:sz w:val="20"/>
        </w:rPr>
        <w:t>Domicilio Social : 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______________________________________________________________</w:t>
      </w:r>
    </w:p>
    <w:p/>
    <w:p>
      <w:r>
        <w:rPr>
          <w:b/>
          <w:sz w:val="20"/>
        </w:rPr>
        <w:t>EXPOSICIÓN DE MOTIVOS</w:t>
      </w:r>
    </w:p>
    <w:p>
      <w:r>
        <w:rPr>
          <w:b w:val="0"/>
          <w:sz w:val="20"/>
        </w:rPr>
        <w:t>I. El Otorgante de Exclusividad es titular legítimo de los derechos y actividades objeto del presente contrato.</w:t>
      </w:r>
    </w:p>
    <w:p>
      <w:r>
        <w:rPr>
          <w:b w:val="0"/>
          <w:sz w:val="20"/>
        </w:rPr>
        <w:t>II. El Exclusivo está interesado en obtener la exclusividad para la comercialización y/o distribución del producto o servicio objeto del presente acuerdo.</w:t>
      </w:r>
    </w:p>
    <w:p>
      <w:r>
        <w:rPr>
          <w:b w:val="0"/>
          <w:sz w:val="20"/>
        </w:rPr>
        <w:t>III. Ambas partes desean establecer un compromiso contractual que regule sus derechos y obligaciones en relación con la exclusividad pactada.</w:t>
      </w:r>
    </w:p>
    <w:p/>
    <w:p>
      <w:r>
        <w:rPr>
          <w:b/>
          <w:sz w:val="20"/>
        </w:rPr>
        <w:t>CLÁUSULAS</w:t>
      </w:r>
    </w:p>
    <w:p/>
    <w:p>
      <w:r>
        <w:rPr>
          <w:b/>
          <w:sz w:val="20"/>
        </w:rPr>
        <w:t>Cláusula 1 – Objeto del contrato</w:t>
      </w:r>
    </w:p>
    <w:p>
      <w:r>
        <w:rPr>
          <w:b w:val="0"/>
          <w:sz w:val="20"/>
        </w:rPr>
        <w:t>El presente contrato tiene por objeto la concesión en exclusiva por parte del Otorgante de Exclusividad al Exclusivo, de los derechos para la comercialización y distribución del producto o servicio identificado, en el territorio y condiciones que se establecen en este documento.</w:t>
      </w:r>
    </w:p>
    <w:p/>
    <w:p>
      <w:r>
        <w:rPr>
          <w:b/>
          <w:sz w:val="20"/>
        </w:rPr>
        <w:t>Cláusula 2 – Ámbito territorial</w:t>
      </w:r>
    </w:p>
    <w:p>
      <w:r>
        <w:rPr>
          <w:b w:val="0"/>
          <w:sz w:val="20"/>
        </w:rPr>
        <w:t>La exclusividad se circunscribe al territorio siguiente: ________________________________________________. Queda expresamente prohibida cualquier actividad comercial objeto de este contrato fuera de dicho ámbito.</w:t>
      </w:r>
    </w:p>
    <w:p/>
    <w:p>
      <w:r>
        <w:rPr>
          <w:b/>
          <w:sz w:val="20"/>
        </w:rPr>
        <w:t>Cláusula 3 – Duración</w:t>
      </w:r>
    </w:p>
    <w:p>
      <w:r>
        <w:rPr>
          <w:b w:val="0"/>
          <w:sz w:val="20"/>
        </w:rPr>
        <w:t>La duración del presente contrato será de __________________ años, comenzando en la fecha de su firma y finalizando automáticamente sin necesidad de notificación, salvo prórroga expresa y por escrito acordada por ambas partes.</w:t>
      </w:r>
    </w:p>
    <w:p/>
    <w:p>
      <w:r>
        <w:rPr>
          <w:b/>
          <w:sz w:val="20"/>
        </w:rPr>
        <w:t>Cláusula 4 – Obligaciones del Otorgante de Exclusividad</w:t>
      </w:r>
    </w:p>
    <w:p>
      <w:r>
        <w:rPr>
          <w:b w:val="0"/>
          <w:sz w:val="20"/>
        </w:rPr>
        <w:t>El Otorgante se compromete a no conceder derechos similares a terceros en el territorio y durante el plazo estipulados, y a suministrar al Exclusivo la información, materiales y soporte necesarios para la adecuada comercialización del producto o servicio.</w:t>
      </w:r>
    </w:p>
    <w:p/>
    <w:p>
      <w:r>
        <w:rPr>
          <w:b/>
          <w:sz w:val="20"/>
        </w:rPr>
        <w:t>Cláusula 5 – Obligaciones del Exclusivo</w:t>
      </w:r>
    </w:p>
    <w:p>
      <w:r>
        <w:rPr>
          <w:b w:val="0"/>
          <w:sz w:val="20"/>
        </w:rPr>
        <w:t>El Exclusivo se obliga a realizar los esfuerzos comerciales necesarios para la promoción y venta del producto o servicio, respetando las políticas fijadas por el Otorgante, y a no comercializar productos o servicios que compitan directa o indirectamente con los objeto de este contrato.</w:t>
      </w:r>
    </w:p>
    <w:p/>
    <w:p>
      <w:r>
        <w:rPr>
          <w:b/>
          <w:sz w:val="20"/>
        </w:rPr>
        <w:t>Cláusula 6 – Precio y forma de pago</w:t>
      </w:r>
    </w:p>
    <w:p>
      <w:r>
        <w:rPr>
          <w:b w:val="0"/>
          <w:sz w:val="20"/>
        </w:rPr>
        <w:t>Las condiciones económicas derivadas del presente contrato serán las siguientes: ________________________________________________________________. Los pagos se efectuarán según el siguiente calendario y forma: _______________________________.</w:t>
      </w:r>
    </w:p>
    <w:p/>
    <w:p>
      <w:r>
        <w:rPr>
          <w:b/>
          <w:sz w:val="20"/>
        </w:rPr>
        <w:t>Cláusula 7 – Confidencialidad</w:t>
      </w:r>
    </w:p>
    <w:p>
      <w:r>
        <w:rPr>
          <w:b w:val="0"/>
          <w:sz w:val="20"/>
        </w:rPr>
        <w:t>Ambas partes se comprometen a mantener la confidencialidad respecto a toda la información que se intercambien en virtud de este contrato, salvo autorización expresa y por escrito de la otra parte o cuando la ley lo exija.</w:t>
      </w:r>
    </w:p>
    <w:p/>
    <w:p>
      <w:r>
        <w:rPr>
          <w:b/>
          <w:sz w:val="20"/>
        </w:rPr>
        <w:t>Cláusula 8 – Responsabilidad</w:t>
      </w:r>
    </w:p>
    <w:p>
      <w:r>
        <w:rPr>
          <w:b w:val="0"/>
          <w:sz w:val="20"/>
        </w:rPr>
        <w:t>Cada parte responderá de los daños y perjuicios que cause a la otra por incumplimiento de las obligaciones asumidas en este contrato, sin perjuicio de las responsabilidades legales que puedan derivarse.</w:t>
      </w:r>
    </w:p>
    <w:p/>
    <w:p>
      <w:r>
        <w:rPr>
          <w:b/>
          <w:sz w:val="20"/>
        </w:rPr>
        <w:t>Cláusula 9 – Resolución</w:t>
      </w:r>
    </w:p>
    <w:p>
      <w:r>
        <w:rPr>
          <w:b w:val="0"/>
          <w:sz w:val="20"/>
        </w:rPr>
        <w:t>El presente contrato podrá resolverse por incumplimiento de cualquiera de las partes, previa notificación escrita con un plazo de _____ días para subsanar el incumplimiento. Asimismo, podrá resolverse de mutuo acuerdo o por causas legales.</w:t>
      </w:r>
    </w:p>
    <w:p/>
    <w:p>
      <w:r>
        <w:rPr>
          <w:b/>
          <w:sz w:val="20"/>
        </w:rPr>
        <w:t>Cláusula 10 – Legislación aplicable y jurisdicción</w:t>
      </w:r>
    </w:p>
    <w:p>
      <w:r>
        <w:rPr>
          <w:b w:val="0"/>
          <w:sz w:val="20"/>
        </w:rPr>
        <w:t>El presente contrato se regirá e interpretará conforme a la legislación española. Para la resolución de cualquier conflicto derivado del contrato, las partes se someten expresamente a los Juzgados y Tribunales de _______________________________.</w:t>
      </w:r>
    </w:p>
    <w:p/>
    <w:p/>
    <w:p>
      <w:r>
        <w:rPr>
          <w:b w:val="0"/>
          <w:sz w:val="20"/>
        </w:rPr>
        <w:t>Lugar y fecha de la firma : 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OTORGANTE DE EXCLUSIVIDAD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EXCLUSIVO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https://lex-mercantil.com/contrato-de-exclusividad-modelo/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https://lex-mercantil.com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lex-mercantil.com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mercantil.com/contrato-de-exclusividad-modelo/" TargetMode="External"/><Relationship Id="rId10" Type="http://schemas.openxmlformats.org/officeDocument/2006/relationships/hyperlink" Target="https://lex-mercant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