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ACTA DE APORTACIÓN DE SOCIOS SIN AMPLIACIÓN DE CAPITAL</w:t>
      </w:r>
    </w:p>
    <w:p/>
    <w:p>
      <w:r>
        <w:rPr>
          <w:b w:val="0"/>
          <w:sz w:val="20"/>
        </w:rPr>
        <w:t>En la ciudad de ____________________________, a ____ de ______________ de ____________, se reúnen los socios de la sociedad mercantil denominada ____________________________, con domicilio social en ____________________________, y con CIF número ____________________________.</w:t>
      </w:r>
    </w:p>
    <w:p/>
    <w:p>
      <w:r>
        <w:rPr>
          <w:b/>
          <w:sz w:val="20"/>
        </w:rPr>
        <w:t>EXPONEN:</w:t>
      </w:r>
    </w:p>
    <w:p>
      <w:r>
        <w:rPr>
          <w:b w:val="0"/>
          <w:sz w:val="20"/>
        </w:rPr>
        <w:t>Primero.- Que los socios que suscriben, en pleno uso de sus facultades, han acordado realizar aportaciones a la sociedad sin que ello implique ampliación de capital social ni modificación del mismo.</w:t>
      </w:r>
    </w:p>
    <w:p>
      <w:r>
        <w:rPr>
          <w:b w:val="0"/>
          <w:sz w:val="20"/>
        </w:rPr>
        <w:t>Segundo.- Que dichas aportaciones se realizarán conforme a lo previsto en los estatutos sociales y la legislación vigente aplicable.</w:t>
      </w:r>
    </w:p>
    <w:p/>
    <w:p>
      <w:r>
        <w:rPr>
          <w:b/>
          <w:sz w:val="20"/>
        </w:rPr>
        <w:t>ACUERDAN:</w:t>
      </w:r>
    </w:p>
    <w:p>
      <w:r>
        <w:rPr>
          <w:b w:val="0"/>
          <w:sz w:val="20"/>
        </w:rPr>
        <w:t>Primero.- Aceptar las aportaciones realizadas o a realizar por los socios que suscriben el presente acta, consistentes en bienes y/o derechos valorados conforme a la documentación y acuerdos que obran en poder de la sociedad.</w:t>
      </w:r>
    </w:p>
    <w:p>
      <w:r>
        <w:rPr>
          <w:b w:val="0"/>
          <w:sz w:val="20"/>
        </w:rPr>
        <w:t>Segundo.- Reconocer que dichas aportaciones no implican aumento del capital social, quedando las mismas contabilizadas como aportaciones extracapitalistas o préstamos de los socios a la sociedad, según se determine en los términos legales y contables correspondientes.</w:t>
      </w:r>
    </w:p>
    <w:p>
      <w:r>
        <w:rPr>
          <w:b w:val="0"/>
          <w:sz w:val="20"/>
        </w:rPr>
        <w:t>Tercero.- Facultar al órgano de administración para que realice las gestiones necesarias para el adecuado registro contable de las aportaciones y, en su caso, para la formalización de los documentos correspondientes.</w:t>
      </w:r>
    </w:p>
    <w:p/>
    <w:p>
      <w:r>
        <w:rPr>
          <w:b w:val="0"/>
          <w:sz w:val="20"/>
        </w:rPr>
        <w:t>Los socios manifiestan que las aportaciones objeto del presente acta son libres de cargas y gravámenes, y que han sido valoradas de forma adecuada y conforme a la normativa vigente.</w:t>
      </w:r>
    </w:p>
    <w:p/>
    <w:p>
      <w:r>
        <w:rPr>
          <w:b w:val="0"/>
          <w:sz w:val="20"/>
        </w:rPr>
        <w:t>Y en prueba de conformidad, firman el presente acta por duplicado ejemplar, en el lugar y fecha indicados en el encabezamiento.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SOCIO 1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SOCIO 2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https://lex-mercantil.com/modelo-acta-aportacion-socios-sin-ampliacion-de-capital/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modelo-acta-aportacion-socios-sin-ampliacion-de-capital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