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ALEGACIONES A CONCURSO DE MÉRITOS</w:t>
      </w:r>
    </w:p>
    <w:p/>
    <w:p/>
    <w:p>
      <w:r>
        <w:rPr>
          <w:b/>
          <w:sz w:val="20"/>
        </w:rPr>
        <w:t>AL ILUSTRÍSIMO/A SEÑOR/A PRESIDENTE/A DEL TRIBUNAL DEL CONCURSO DE MÉRITOS</w:t>
      </w:r>
    </w:p>
    <w:p/>
    <w:p>
      <w:r>
        <w:rPr>
          <w:b/>
          <w:sz w:val="20"/>
        </w:rPr>
        <w:t>Don/Doña: ________________________________________________________________</w:t>
      </w:r>
    </w:p>
    <w:p>
      <w:r>
        <w:rPr>
          <w:b w:val="0"/>
          <w:sz w:val="20"/>
        </w:rPr>
        <w:t>DNI/NIE: _________________________________________________________________</w:t>
      </w:r>
    </w:p>
    <w:p>
      <w:r>
        <w:rPr>
          <w:b w:val="0"/>
          <w:sz w:val="20"/>
        </w:rPr>
        <w:t>Domicilio a efectos de notificaciones: _______________________________________</w:t>
      </w:r>
    </w:p>
    <w:p>
      <w:r>
        <w:rPr>
          <w:b w:val="0"/>
          <w:sz w:val="20"/>
        </w:rPr>
        <w:t>Teléfono de contacto: ______________________________________________________</w:t>
      </w:r>
    </w:p>
    <w:p/>
    <w:p>
      <w:r>
        <w:rPr>
          <w:b w:val="0"/>
          <w:sz w:val="20"/>
        </w:rPr>
        <w:t>En calidad de participante en el procedimiento selectivo para el puesto de: ________</w:t>
      </w:r>
    </w:p>
    <w:p>
      <w:r>
        <w:rPr>
          <w:b/>
          <w:sz w:val="20"/>
        </w:rPr>
        <w:t>EXPONE:</w:t>
      </w:r>
    </w:p>
    <w:p/>
    <w:p>
      <w:r>
        <w:rPr>
          <w:b w:val="0"/>
          <w:sz w:val="20"/>
        </w:rPr>
        <w:t>Primero.- Que con fecha _______________ se publicó la resolución provisional de baremación del concurso de méritos, en la cual se han detectado las siguientes incorrecciones o discrepancias en la valoración de los méritos aportados: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Segundo.- Que, por todo lo anterior, procede formular las siguientes alegaciones para su adecuada valoración:</w:t>
      </w:r>
    </w:p>
    <w:p/>
    <w:p>
      <w:r>
        <w:rPr>
          <w:b w:val="0"/>
          <w:sz w:val="20"/>
        </w:rPr>
        <w:t>1. ____________________________________________________________________________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I. Competencia: El órgano instructor del presente procedimiento ostenta competencia para la valoración y resolución de las alegaciones conforme a lo dispuesto en las bases reguladoras.</w:t>
      </w:r>
    </w:p>
    <w:p>
      <w:r>
        <w:rPr>
          <w:b w:val="0"/>
          <w:sz w:val="20"/>
        </w:rPr>
        <w:t>II. Normativa aplicable: Ley 39/2015, de 1 de octubre, del Procedimiento Administrativo Común de las Administraciones Públicas; y normativa específica reguladora del concurso de méritos.</w:t>
      </w:r>
    </w:p>
    <w:p>
      <w:r>
        <w:rPr>
          <w:b w:val="0"/>
          <w:sz w:val="20"/>
        </w:rPr>
        <w:t>III. Principios rectores: Se garantiza la transparencia, objetividad e igualdad en la evaluación de los méritos aportados.</w:t>
      </w:r>
    </w:p>
    <w:p/>
    <w:p>
      <w:r>
        <w:rPr>
          <w:b w:val="0"/>
          <w:sz w:val="20"/>
        </w:rPr>
        <w:t>Por todo lo expuesto,</w:t>
      </w:r>
    </w:p>
    <w:p>
      <w:r>
        <w:rPr>
          <w:b/>
          <w:sz w:val="20"/>
        </w:rPr>
        <w:t>SOLICITO:</w:t>
      </w:r>
    </w:p>
    <w:p>
      <w:r>
        <w:rPr>
          <w:b w:val="0"/>
          <w:sz w:val="20"/>
        </w:rPr>
        <w:t>Que teniendo por presentadas estas alegaciones, se proceda a su valoración conforme a derecho y se acuerde la revisión de la puntuación otorgada en la resolución provisional del concurso de méritos, en los términos indicados.</w:t>
      </w:r>
    </w:p>
    <w:p/>
    <w:p/>
    <w:p>
      <w:r>
        <w:rPr>
          <w:b w:val="0"/>
          <w:sz w:val="20"/>
        </w:rPr>
        <w:t>En ____________________, a ______ de ______________ de ______.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del/a recurrente: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https://lex-mercantil.com/modelo-alegaciones-concurso-meritos/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alegaciones-concurso-meritos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