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BUROFAX POR INCUMPLIMIENTO DE CONTRATO DE OBRA</w:t>
      </w:r>
    </w:p>
    <w:p/>
    <w:p/>
    <w:p>
      <w:r>
        <w:rPr>
          <w:b w:val="0"/>
          <w:sz w:val="20"/>
        </w:rPr>
        <w:t>De :</w:t>
      </w:r>
    </w:p>
    <w:p>
      <w:r>
        <w:rPr>
          <w:b w:val="0"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DNI / NIF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 w:val="0"/>
          <w:sz w:val="20"/>
        </w:rPr>
        <w:t>A :</w:t>
      </w:r>
    </w:p>
    <w:p>
      <w:r>
        <w:rPr>
          <w:b w:val="0"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DNI / NIF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/>
    <w:p>
      <w:r>
        <w:rPr>
          <w:b/>
          <w:sz w:val="20"/>
        </w:rPr>
        <w:t>Muy Sr./Sra. mío/a,</w:t>
      </w:r>
    </w:p>
    <w:p>
      <w:r>
        <w:rPr>
          <w:b w:val="0"/>
          <w:sz w:val="20"/>
        </w:rPr>
        <w:t>Por medio del presente burofax, le notifico formalmente el incumplimiento del contrato de obra suscrito entre ambas partes, cuyo objeto es la realización de ________________________________________________________________ (descripción breve de la obra).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En fecha ________________________________________________________, ambas partes celebramos contrato de obra cuyo objeto y condiciones se acordaron expresamente.</w:t>
      </w:r>
    </w:p>
    <w:p>
      <w:r>
        <w:rPr>
          <w:b w:val="0"/>
          <w:sz w:val="20"/>
        </w:rPr>
        <w:t>Segundo.- Conforme al contrato, usted se obligaba a ejecutar y finalizar la obra en el plazo establecido, así como a cumplir con las especificaciones y calidades pactadas.</w:t>
      </w:r>
    </w:p>
    <w:p>
      <w:r>
        <w:rPr>
          <w:b w:val="0"/>
          <w:sz w:val="20"/>
        </w:rPr>
        <w:t>Tercero.- A fecha de hoy, no se ha cumplido con las obligaciones contractuales, habiéndose producido los siguientes incumplimientos: _____________________________________________________________________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Conforme a lo establecido en el Código Civil, en particular en los artículos 1.101 y siguientes, el incumplimiento contractual faculta a la parte cumplidora a reclamar el cumplimiento, la resolución o la indemnización por daños y perjuicios.</w:t>
      </w:r>
    </w:p>
    <w:p>
      <w:r>
        <w:rPr>
          <w:b w:val="0"/>
          <w:sz w:val="20"/>
        </w:rPr>
        <w:t>II. El contrato de obra se regula, además del Código Civil, por lo pactado expresamente y los usos del sector, siendo aplicable la normativa que protege la buena fe contractual y la responsabilidad contractual.</w:t>
      </w:r>
    </w:p>
    <w:p/>
    <w:p>
      <w:r>
        <w:rPr>
          <w:b w:val="0"/>
          <w:sz w:val="20"/>
        </w:rPr>
        <w:t>Por todo lo anterior, EXIJO que proceda a subsanar el incumplimiento dentro del plazo máximo de ______ días naturales desde la recepción del presente burofax, efectuando las acciones necesarias para la correcta ejecución y finalización de la obra conforme a lo estipulado.</w:t>
      </w:r>
    </w:p>
    <w:p>
      <w:r>
        <w:rPr>
          <w:b w:val="0"/>
          <w:sz w:val="20"/>
        </w:rPr>
        <w:t>En caso contrario, me veré obligado/a a iniciar las acciones legales pertinentes para la defensa de mis derechos y la reclamación de los daños y perjuicios ocasionados, con expresa reserva de cuantas demás acciones correspondan.</w:t>
      </w:r>
    </w:p>
    <w:p/>
    <w:p/>
    <w:p>
      <w:r>
        <w:rPr>
          <w:b w:val="0"/>
          <w:sz w:val="20"/>
        </w:rPr>
        <w:t>Sin otro particular, y esperando su pronta solución, reciba un cordial saludo.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https://lex-mercantil.com/modelo-burofax-incumplimiento-contrato-obra/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burofax-incumplimiento-contrato-obr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