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BAJA DE SERVICIOS DE ASESORÍA</w:t>
      </w:r>
    </w:p>
    <w:p/>
    <w:p/>
    <w:p>
      <w:r>
        <w:rPr>
          <w:b/>
          <w:sz w:val="20"/>
        </w:rPr>
        <w:t>Nombre / Razón Social : ________________________________________________</w:t>
      </w:r>
    </w:p>
    <w:p>
      <w:r>
        <w:rPr>
          <w:b w:val="0"/>
          <w:sz w:val="20"/>
        </w:rPr>
        <w:t>DNI / CIF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</w:t>
      </w:r>
    </w:p>
    <w:p/>
    <w:p>
      <w:r>
        <w:rPr>
          <w:b/>
          <w:sz w:val="20"/>
        </w:rPr>
        <w:t>A la atención de :</w:t>
      </w:r>
    </w:p>
    <w:p>
      <w:r>
        <w:rPr>
          <w:b w:val="0"/>
          <w:sz w:val="20"/>
        </w:rPr>
        <w:t>Nombre de la Asesoría : 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</w:t>
      </w:r>
    </w:p>
    <w:p/>
    <w:p/>
    <w:p>
      <w:r>
        <w:rPr>
          <w:b/>
          <w:sz w:val="20"/>
        </w:rPr>
        <w:t>Asunto: Comunicación de baja en servicios de asesoría</w:t>
      </w:r>
    </w:p>
    <w:p/>
    <w:p>
      <w:r>
        <w:rPr>
          <w:b w:val="0"/>
          <w:sz w:val="20"/>
        </w:rPr>
        <w:t>Por la presente, yo/ nosotros, como cliente/s de su asesoría, comunico/ comunicamos la decisión de dar de baja y cancelar de forma inmediata todos los servicios de asesoría contratados con su entidad, sin que exista obligación de prestación de servicios a partir de esta fecha.</w:t>
      </w:r>
    </w:p>
    <w:p/>
    <w:p>
      <w:r>
        <w:rPr>
          <w:b w:val="0"/>
          <w:sz w:val="20"/>
        </w:rPr>
        <w:t>Esta decisión se adopta de conformidad con las condiciones contractuales vigentes, así como con la legislación aplicable en materia de prestación de servicios profesionales.</w:t>
      </w:r>
    </w:p>
    <w:p/>
    <w:p>
      <w:r>
        <w:rPr>
          <w:b w:val="0"/>
          <w:sz w:val="20"/>
        </w:rPr>
        <w:t>Solicito que se confirme por escrito la recepción de esta comunicación, así como la fecha efectiva de finalización de los servicios. Asimismo, requiero la entrega de todos los documentos y expedientes en poder de su asesoría relacionados con mi/ nuestra actividad y gestión.</w:t>
      </w:r>
    </w:p>
    <w:p/>
    <w:p>
      <w:r>
        <w:rPr>
          <w:b w:val="0"/>
          <w:sz w:val="20"/>
        </w:rPr>
        <w:t>Se ruega que se realicen las gestiones necesarias para evitar la generación de cargos adicionales a partir de esta comunicación.</w:t>
      </w:r>
    </w:p>
    <w:p/>
    <w:p>
      <w:r>
        <w:rPr>
          <w:b w:val="0"/>
          <w:sz w:val="20"/>
        </w:rPr>
        <w:t>Sin otro particular, quedo/ quedamos a la espera de su confirmación y aprovecho para saludarle/s atentamente.</w:t>
      </w:r>
    </w:p>
    <w:p/>
    <w:p/>
    <w:p/>
    <w:p>
      <w:r>
        <w:rPr>
          <w:b/>
          <w:sz w:val="20"/>
        </w:rPr>
        <w:t>Lugar : ___________________________________</w:t>
      </w:r>
    </w:p>
    <w:p>
      <w:r>
        <w:rPr>
          <w:b w:val="0"/>
          <w:sz w:val="20"/>
        </w:rPr>
        <w:t>Firma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de la Asesoría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https://lex-mercantil.com/modelo-carta-baja-servicios-asesoria/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arta-baja-servicios-asesori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