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CARTA DE CESE DE ACTIVIDAD EMPRESARIAL</w:t>
      </w:r>
    </w:p>
    <w:p/>
    <w:p/>
    <w:p>
      <w:r>
        <w:rPr>
          <w:b/>
          <w:sz w:val="20"/>
        </w:rPr>
        <w:t>A la atención de la Agencia Tributaria y demás organismos competentes:</w:t>
      </w:r>
    </w:p>
    <w:p/>
    <w:p>
      <w:r>
        <w:rPr>
          <w:b w:val="0"/>
          <w:sz w:val="20"/>
        </w:rPr>
        <w:t>Por la presente, el/la abajo firmante, en calidad de titular de la actividad empresarial que se detalla a continuación, comunica formalmente el cese definitivo de dicha actividad, conforme a lo establecido en la normativa vigente.</w:t>
      </w:r>
    </w:p>
    <w:p/>
    <w:p/>
    <w:p>
      <w:r>
        <w:rPr>
          <w:b/>
          <w:sz w:val="20"/>
        </w:rPr>
        <w:t>Datos del empresario/a :</w:t>
      </w:r>
    </w:p>
    <w:p>
      <w:r>
        <w:rPr>
          <w:b w:val="0"/>
          <w:sz w:val="20"/>
        </w:rPr>
        <w:t>Nombre y Apellidos : ___________________________________________________</w:t>
      </w:r>
    </w:p>
    <w:p>
      <w:r>
        <w:rPr>
          <w:b w:val="0"/>
          <w:sz w:val="20"/>
        </w:rPr>
        <w:t>NIF / CIF : ____________________________________________________________</w:t>
      </w:r>
    </w:p>
    <w:p>
      <w:r>
        <w:rPr>
          <w:b w:val="0"/>
          <w:sz w:val="20"/>
        </w:rPr>
        <w:t>Domicilio Fiscal : ______________________________________________________</w:t>
      </w:r>
    </w:p>
    <w:p>
      <w:r>
        <w:rPr>
          <w:b w:val="0"/>
          <w:sz w:val="20"/>
        </w:rPr>
        <w:t>Teléfono de Contacto : _________________________________________________</w:t>
      </w:r>
    </w:p>
    <w:p/>
    <w:p>
      <w:r>
        <w:rPr>
          <w:b/>
          <w:sz w:val="20"/>
        </w:rPr>
        <w:t>Datos de la actividad empresarial :</w:t>
      </w:r>
    </w:p>
    <w:p>
      <w:r>
        <w:rPr>
          <w:b w:val="0"/>
          <w:sz w:val="20"/>
        </w:rPr>
        <w:t>Nombre o denominación social : __________________________________________</w:t>
      </w:r>
    </w:p>
    <w:p>
      <w:r>
        <w:rPr>
          <w:b w:val="0"/>
          <w:sz w:val="20"/>
        </w:rPr>
        <w:t>Tipo de actividad : _____________________________________________________</w:t>
      </w:r>
    </w:p>
    <w:p>
      <w:r>
        <w:rPr>
          <w:b w:val="0"/>
          <w:sz w:val="20"/>
        </w:rPr>
        <w:t>Número de Identificación Fiscal de la actividad (si procede) : _____________</w:t>
      </w:r>
    </w:p>
    <w:p>
      <w:r>
        <w:rPr>
          <w:b w:val="0"/>
          <w:sz w:val="20"/>
        </w:rPr>
        <w:t>Domicilio de la actividad : ______________________________________________</w:t>
      </w:r>
    </w:p>
    <w:p>
      <w:r>
        <w:rPr>
          <w:b w:val="0"/>
          <w:sz w:val="20"/>
        </w:rPr>
        <w:t>Fecha efectiva del cese : _______________________________________________</w:t>
      </w:r>
    </w:p>
    <w:p/>
    <w:p/>
    <w:p>
      <w:r>
        <w:rPr>
          <w:b w:val="0"/>
          <w:sz w:val="20"/>
        </w:rPr>
        <w:t>En virtud de lo anterior, solicito se proceda a la baja en los correspondientes registros y obligaciones fiscales derivadas de la actividad empresarial, incluyendo pero no limitado a los siguientes:</w:t>
      </w:r>
    </w:p>
    <w:p/>
    <w:p>
      <w:r>
        <w:rPr>
          <w:b/>
          <w:sz w:val="20"/>
        </w:rPr>
        <w:t>• Cese en la actividad económica ante la Agencia Tributaria.</w:t>
      </w:r>
    </w:p>
    <w:p>
      <w:r>
        <w:rPr>
          <w:b/>
          <w:sz w:val="20"/>
        </w:rPr>
        <w:t>• Baja en el Impuesto sobre Actividades Económicas (IAE).</w:t>
      </w:r>
    </w:p>
    <w:p>
      <w:r>
        <w:rPr>
          <w:b/>
          <w:sz w:val="20"/>
        </w:rPr>
        <w:t>• Cancelación de obligaciones en el Impuesto sobre el Valor Añadido (IVA) y retenciones.</w:t>
      </w:r>
    </w:p>
    <w:p>
      <w:r>
        <w:rPr>
          <w:b/>
          <w:sz w:val="20"/>
        </w:rPr>
        <w:t>• Cualquier otro registro o obligación administrativa derivada de la actividad cesada.</w:t>
      </w:r>
    </w:p>
    <w:p/>
    <w:p/>
    <w:p>
      <w:r>
        <w:rPr>
          <w:b w:val="0"/>
          <w:sz w:val="20"/>
        </w:rPr>
        <w:t>Declaro bajo mi responsabilidad que toda la información facilitada es veraz y que he cumplido con las obligaciones fiscales y legales hasta la fecha efectiva de cese.</w:t>
      </w:r>
    </w:p>
    <w:p/>
    <w:p/>
    <w:p>
      <w:r>
        <w:rPr>
          <w:b w:val="0"/>
          <w:sz w:val="20"/>
        </w:rPr>
        <w:t>Sin otro particular, y esperando la tramitación de la baja conforme a lo solicitado, reciban un cordial saludo.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EMPRESARIO/A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RECIBIDO POR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https://lex-mercantil.com/modelo-carta-cese-actividad-empresa/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https://lex-mercantil.com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lex-mercantil.com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mercantil.com/modelo-carta-cese-actividad-empresa/" TargetMode="External"/><Relationship Id="rId10" Type="http://schemas.openxmlformats.org/officeDocument/2006/relationships/hyperlink" Target="https://lex-mercant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