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CARTA DE INTENCIONES DE COMPRAVENTA DE EMPRESA</w:t>
      </w:r>
    </w:p>
    <w:p/>
    <w:p/>
    <w:p>
      <w:r>
        <w:rPr>
          <w:b/>
          <w:sz w:val="20"/>
        </w:rPr>
        <w:t xml:space="preserve">Por la presente, y en cumplimiento de las conversaciones mantenidas entre las partes, </w:t>
      </w:r>
    </w:p>
    <w:p>
      <w:r>
        <w:rPr>
          <w:b/>
          <w:sz w:val="20"/>
        </w:rPr>
        <w:t xml:space="preserve">se manifiesta el interés en formalizar un contrato de compraventa de la empresa descrita a continuación, </w:t>
      </w:r>
    </w:p>
    <w:p>
      <w:r>
        <w:rPr>
          <w:b/>
          <w:sz w:val="20"/>
        </w:rPr>
        <w:t>bajo las condiciones y términos que se establecen en esta carta de intenciones.</w:t>
      </w:r>
    </w:p>
    <w:p/>
    <w:p/>
    <w:p>
      <w:r>
        <w:rPr>
          <w:b/>
          <w:sz w:val="20"/>
        </w:rPr>
        <w:t>1. DATOS DE LA EMPRESA OBJETO DE LA COMPRAVENTA</w:t>
      </w:r>
    </w:p>
    <w:p>
      <w:r>
        <w:rPr>
          <w:b w:val="0"/>
          <w:sz w:val="20"/>
        </w:rPr>
        <w:t>Denominación social : _________________________________________________________</w:t>
      </w:r>
    </w:p>
    <w:p>
      <w:r>
        <w:rPr>
          <w:b w:val="0"/>
          <w:sz w:val="20"/>
        </w:rPr>
        <w:t>Actividad principal : _________________________________________________________</w:t>
      </w:r>
    </w:p>
    <w:p>
      <w:r>
        <w:rPr>
          <w:b w:val="0"/>
          <w:sz w:val="20"/>
        </w:rPr>
        <w:t>Domicilio social : ____________________________________________________________</w:t>
      </w:r>
    </w:p>
    <w:p>
      <w:r>
        <w:rPr>
          <w:b w:val="0"/>
          <w:sz w:val="20"/>
        </w:rPr>
        <w:t>NIF/CIF : ________________________________________________________________</w:t>
      </w:r>
    </w:p>
    <w:p>
      <w:r>
        <w:rPr>
          <w:b w:val="0"/>
          <w:sz w:val="20"/>
        </w:rPr>
        <w:t>Representante legal : __________________________________________________________</w:t>
      </w:r>
    </w:p>
    <w:p/>
    <w:p>
      <w:r>
        <w:rPr>
          <w:b/>
          <w:sz w:val="20"/>
        </w:rPr>
        <w:t>2. IDENTIFICACIÓN DE LAS PARTES</w:t>
      </w:r>
    </w:p>
    <w:p>
      <w:r>
        <w:rPr>
          <w:b w:val="0"/>
          <w:sz w:val="20"/>
        </w:rPr>
        <w:t>Comprador : _________________________________________________________________</w:t>
      </w:r>
    </w:p>
    <w:p>
      <w:r>
        <w:rPr>
          <w:b w:val="0"/>
          <w:sz w:val="20"/>
        </w:rPr>
        <w:t>DNI/NIF/CIF : _______________________________________________________________</w:t>
      </w:r>
    </w:p>
    <w:p>
      <w:r>
        <w:rPr>
          <w:b w:val="0"/>
          <w:sz w:val="20"/>
        </w:rPr>
        <w:t>Domicilio : _________________________________________________________________</w:t>
      </w:r>
    </w:p>
    <w:p/>
    <w:p>
      <w:r>
        <w:rPr>
          <w:b w:val="0"/>
          <w:sz w:val="20"/>
        </w:rPr>
        <w:t>Vendedor : _________________________________________________________________</w:t>
      </w:r>
    </w:p>
    <w:p>
      <w:r>
        <w:rPr>
          <w:b w:val="0"/>
          <w:sz w:val="20"/>
        </w:rPr>
        <w:t>DNI/NIF/CIF : _______________________________________________________________</w:t>
      </w:r>
    </w:p>
    <w:p>
      <w:r>
        <w:rPr>
          <w:b w:val="0"/>
          <w:sz w:val="20"/>
        </w:rPr>
        <w:t>Domicilio : _________________________________________________________________</w:t>
      </w:r>
    </w:p>
    <w:p/>
    <w:p>
      <w:r>
        <w:rPr>
          <w:b/>
          <w:sz w:val="20"/>
        </w:rPr>
        <w:t>3. OBJETO Y ALCANCE</w:t>
      </w:r>
    </w:p>
    <w:p>
      <w:r>
        <w:rPr>
          <w:b w:val="0"/>
          <w:sz w:val="20"/>
        </w:rPr>
        <w:t xml:space="preserve">La presente carta tiene carácter no vinculante y tiene por objeto establecer los términos generales </w:t>
      </w:r>
    </w:p>
    <w:p>
      <w:r>
        <w:rPr>
          <w:b w:val="0"/>
          <w:sz w:val="20"/>
        </w:rPr>
        <w:t>bajo los cuales las partes acuerdan iniciar las negociaciones para la compraventa de la empresa mencionada.</w:t>
      </w:r>
    </w:p>
    <w:p/>
    <w:p>
      <w:r>
        <w:rPr>
          <w:b/>
          <w:sz w:val="20"/>
        </w:rPr>
        <w:t>4. PRECIO Y FORMA DE PAGO</w:t>
      </w:r>
    </w:p>
    <w:p>
      <w:r>
        <w:rPr>
          <w:b w:val="0"/>
          <w:sz w:val="20"/>
        </w:rPr>
        <w:t>El precio estimado de la operación es de _______________________ euros (EUR), sujeto a la realización de la debida diligencia y valoración definitiva.</w:t>
      </w:r>
    </w:p>
    <w:p>
      <w:r>
        <w:rPr>
          <w:b w:val="0"/>
          <w:sz w:val="20"/>
        </w:rPr>
        <w:t>La forma de pago y condiciones se acordarán en el contrato definitivo de compraventa.</w:t>
      </w:r>
    </w:p>
    <w:p/>
    <w:p>
      <w:r>
        <w:rPr>
          <w:b/>
          <w:sz w:val="20"/>
        </w:rPr>
        <w:t>5. DUE DILIGENCE</w:t>
      </w:r>
    </w:p>
    <w:p>
      <w:r>
        <w:rPr>
          <w:b w:val="0"/>
          <w:sz w:val="20"/>
        </w:rPr>
        <w:t>El comprador realizará, durante un plazo razonable, la verificación y análisis de la situación financiera, legal, fiscal, laboral y comercial de la empresa.</w:t>
      </w:r>
    </w:p>
    <w:p>
      <w:r>
        <w:rPr>
          <w:b w:val="0"/>
          <w:sz w:val="20"/>
        </w:rPr>
        <w:t>El vendedor se compromete a facilitar toda la información y documentación necesaria para dicho estudio.</w:t>
      </w:r>
    </w:p>
    <w:p/>
    <w:p>
      <w:r>
        <w:rPr>
          <w:b/>
          <w:sz w:val="20"/>
        </w:rPr>
        <w:t>6. CONDICIONES SUSPENSIVAS</w:t>
      </w:r>
    </w:p>
    <w:p>
      <w:r>
        <w:rPr>
          <w:b w:val="0"/>
          <w:sz w:val="20"/>
        </w:rPr>
        <w:t>La formalización del contrato definitivo estará sujeta a la obtención de las autorizaciones y permisos necesarios, así como a la aprobación favorable de la due diligence.</w:t>
      </w:r>
    </w:p>
    <w:p/>
    <w:p>
      <w:r>
        <w:rPr>
          <w:b/>
          <w:sz w:val="20"/>
        </w:rPr>
        <w:t>7. CONFIDENCIALIDAD</w:t>
      </w:r>
    </w:p>
    <w:p>
      <w:r>
        <w:rPr>
          <w:b w:val="0"/>
          <w:sz w:val="20"/>
        </w:rPr>
        <w:t>Las partes se obligan a mantener la confidencialidad sobre toda la información intercambiada durante el proceso de negociación y hasta la firma del contrato definitivo.</w:t>
      </w:r>
    </w:p>
    <w:p/>
    <w:p>
      <w:r>
        <w:rPr>
          <w:b/>
          <w:sz w:val="20"/>
        </w:rPr>
        <w:t>8. EXCLUSIVIDAD</w:t>
      </w:r>
    </w:p>
    <w:p>
      <w:r>
        <w:rPr>
          <w:b w:val="0"/>
          <w:sz w:val="20"/>
        </w:rPr>
        <w:t>Durante un plazo de ______ días desde la firma de esta carta, el vendedor se compromete a no negociar ni concertar acuerdos con terceros sobre la venta de la empresa.</w:t>
      </w:r>
    </w:p>
    <w:p/>
    <w:p>
      <w:r>
        <w:rPr>
          <w:b/>
          <w:sz w:val="20"/>
        </w:rPr>
        <w:t>9. PLAZO PARA FORMALIZACIÓN</w:t>
      </w:r>
    </w:p>
    <w:p>
      <w:r>
        <w:rPr>
          <w:b w:val="0"/>
          <w:sz w:val="20"/>
        </w:rPr>
        <w:t>Las partes acuerdan esforzarse para formalizar el contrato definitivo de compraventa en un plazo máximo de ______ días desde la firma de esta carta.</w:t>
      </w:r>
    </w:p>
    <w:p/>
    <w:p>
      <w:r>
        <w:rPr>
          <w:b/>
          <w:sz w:val="20"/>
        </w:rPr>
        <w:t>10. LEGISLACIÓN APLICABLE Y JURISDICCIÓN</w:t>
      </w:r>
    </w:p>
    <w:p>
      <w:r>
        <w:rPr>
          <w:b w:val="0"/>
          <w:sz w:val="20"/>
        </w:rPr>
        <w:t>Esta carta se regirá por la legislación española. Para la resolución de cualquier controversia derivada de la interpretación o ejecución de la presente, se someten expresamente a los Juzgados y Tribunales de ______________________.</w:t>
      </w:r>
    </w:p>
    <w:p/>
    <w:p/>
    <w:p>
      <w:r>
        <w:rPr>
          <w:b w:val="0"/>
          <w:sz w:val="20"/>
        </w:rPr>
        <w:t>Lugar de firma 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VENDEDOR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COMPRADOR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https://lex-mercantil.com/modelo-carta-de-intenciones-compraventa-empresa/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https://lex-mercantil.com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lex-mercantil.com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mercantil.com/modelo-carta-de-intenciones-compraventa-empresa/" TargetMode="External"/><Relationship Id="rId10" Type="http://schemas.openxmlformats.org/officeDocument/2006/relationships/hyperlink" Target="https://lex-mercant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