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RECHAZO DE SERVICIOS</w:t>
      </w:r>
    </w:p>
    <w:p/>
    <w:p>
      <w:r>
        <w:rPr>
          <w:b/>
          <w:sz w:val="20"/>
        </w:rPr>
        <w:t>A la atención de: ____________________________________________</w:t>
      </w:r>
    </w:p>
    <w:p>
      <w:r>
        <w:rPr>
          <w:b w:val="0"/>
          <w:sz w:val="20"/>
        </w:rPr>
        <w:t>Dirección: 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la presente, y en representación de la empresa ____________________________, nos dirigimos a ustedes en relación con la propuesta de servicios recibida, referente a _____________________________________________________________.</w:t>
      </w:r>
    </w:p>
    <w:p/>
    <w:p>
      <w:r>
        <w:rPr>
          <w:b w:val="0"/>
          <w:sz w:val="20"/>
        </w:rPr>
        <w:t>Tras un exhaustivo análisis y valoración de los términos y condiciones de dicha propuesta, lamentamos comunicarles que no nos es posible aceptar los servicios ofertados, debido a razones que consideramos determinantes en nuestra decisión.</w:t>
      </w:r>
    </w:p>
    <w:p/>
    <w:p>
      <w:r>
        <w:rPr>
          <w:b w:val="0"/>
          <w:sz w:val="20"/>
        </w:rPr>
        <w:t>Queremos dejar constancia de que esta decisión se toma sin perjuicio de futuras colaboraciones que puedan surgir en condiciones que se ajusten mejor a los intereses y necesidades de nuestra entidad.</w:t>
      </w:r>
    </w:p>
    <w:p/>
    <w:p>
      <w:r>
        <w:rPr>
          <w:b w:val="0"/>
          <w:sz w:val="20"/>
        </w:rPr>
        <w:t>Agradecemos el interés mostrado y la atención dispensada, y quedamos a su disposición para cualquier consulta o aclaración que deseen realizar al respecto.</w:t>
      </w:r>
    </w:p>
    <w:p/>
    <w:p>
      <w:r>
        <w:rPr>
          <w:b w:val="0"/>
          <w:sz w:val="20"/>
        </w:rPr>
        <w:t>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Recibido por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cargo: ____________________________</w:t>
            </w:r>
          </w:p>
        </w:tc>
      </w:tr>
    </w:tbl>
    <w:p/>
    <w:p/>
    <w:p>
      <w:r>
        <w:rPr>
          <w:b w:val="0"/>
          <w:sz w:val="20"/>
        </w:rPr>
        <w:t>Lugar y fecha: 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https://lex-mercantil.com/modelo-carta-rechazo-servicios/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arta-rechazo-servici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