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MODELO DE CARTA DE RENUNCIA</w:t>
      </w:r>
    </w:p>
    <w:p/>
    <w:p/>
    <w:p>
      <w:r>
        <w:rPr>
          <w:b/>
          <w:sz w:val="20"/>
        </w:rPr>
        <w:t>A la atención de:</w:t>
      </w:r>
    </w:p>
    <w:p>
      <w:r>
        <w:rPr>
          <w:b w:val="0"/>
          <w:sz w:val="20"/>
        </w:rPr>
        <w:t>D./Dña. ________________________________________________________________</w:t>
      </w:r>
    </w:p>
    <w:p>
      <w:r>
        <w:rPr>
          <w:b w:val="0"/>
          <w:sz w:val="20"/>
        </w:rPr>
        <w:t>Abogado/a</w:t>
      </w:r>
    </w:p>
    <w:p>
      <w:r>
        <w:rPr>
          <w:b w:val="0"/>
          <w:sz w:val="20"/>
        </w:rPr>
        <w:t>Despacho de abogados ____________________________________________________</w:t>
      </w:r>
    </w:p>
    <w:p>
      <w:r>
        <w:rPr>
          <w:b w:val="0"/>
          <w:sz w:val="20"/>
        </w:rPr>
      </w:r>
    </w:p>
    <w:p>
      <w:r>
        <w:rPr>
          <w:b/>
          <w:sz w:val="20"/>
        </w:rPr>
        <w:t>Presente.</w:t>
      </w:r>
    </w:p>
    <w:p/>
    <w:p/>
    <w:p>
      <w:r>
        <w:rPr>
          <w:b w:val="0"/>
          <w:sz w:val="20"/>
        </w:rPr>
        <w:t>Estimado/a Sr./Sra.,</w:t>
      </w:r>
    </w:p>
    <w:p/>
    <w:p>
      <w:r>
        <w:rPr>
          <w:b w:val="0"/>
          <w:sz w:val="20"/>
        </w:rPr>
        <w:t>Por medio de la presente, yo, D./Dña. __________________________________________________, con DNI/NIE nº ____________________________, actuando en calidad de cliente, comunico formalmente mi decisión de renunciar a sus servicios profesionales como abogado/a, con efecto inmediato.</w:t>
      </w:r>
    </w:p>
    <w:p/>
    <w:p>
      <w:r>
        <w:rPr>
          <w:b w:val="0"/>
          <w:sz w:val="20"/>
        </w:rPr>
        <w:t>La presente renuncia se realiza conforme a lo establecido en la normativa deontológica y legal vigente, sin que dicha decisión implique, en ningún caso, renuncia a los derechos que me correspondan en relación con los asuntos que haya confiado a su representación.</w:t>
      </w:r>
    </w:p>
    <w:p/>
    <w:p>
      <w:r>
        <w:rPr>
          <w:b w:val="0"/>
          <w:sz w:val="20"/>
        </w:rPr>
        <w:t>Solicito que se proceda a la inmediata entrega de toda la documentación relacionada con los asuntos de mi interés, así como la cesación en la prestación de servicios, sin perjuicio de las actuaciones pendientes que se deban concluir para la adecuada tutela de mis intereses hasta la fecha de esta renuncia.</w:t>
      </w:r>
    </w:p>
    <w:p/>
    <w:p>
      <w:r>
        <w:rPr>
          <w:b w:val="0"/>
          <w:sz w:val="20"/>
        </w:rPr>
        <w:t>Asimismo, ruego se me informe sobre el estado actual de los procedimientos o gestiones en curso, así como de cualquier actuación relevante que deba conocer para la correcta continuación o finalización de los mismos.</w:t>
      </w:r>
    </w:p>
    <w:p/>
    <w:p/>
    <w:p>
      <w:r>
        <w:rPr>
          <w:b w:val="0"/>
          <w:sz w:val="20"/>
        </w:rPr>
        <w:t>Sin otro particular, reciba un cordial saludo.</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Firma del Cliente</w:t>
            </w:r>
          </w:p>
        </w:tc>
        <w:tc>
          <w:tcPr>
            <w:tcW w:type="dxa" w:w="4986"/>
            <w:tcBorders>
              <w:top w:val="nil"/>
              <w:left w:val="nil"/>
              <w:bottom w:val="nil"/>
              <w:right w:val="nil"/>
              <w:insideH w:val="nil"/>
              <w:insideV w:val="nil"/>
            </w:tcBorders>
          </w:tcPr>
          <w:p>
            <w:pPr>
              <w:jc w:val="center"/>
            </w:pPr>
            <w:r>
              <w:t>Firma del Abogado</w:t>
            </w:r>
          </w:p>
        </w:tc>
      </w:tr>
      <w:tr>
        <w:tc>
          <w:tcPr>
            <w:tcW w:type="dxa" w:w="4986"/>
            <w:tcBorders>
              <w:top w:val="nil"/>
              <w:left w:val="nil"/>
              <w:bottom w:val="nil"/>
              <w:right w:val="nil"/>
              <w:insideH w:val="nil"/>
              <w:insideV w:val="nil"/>
            </w:tcBorders>
          </w:tcPr>
          <w:p>
            <w:pPr>
              <w:jc w:val="center"/>
            </w:pPr>
            <w:r>
              <w:br/>
              <w:br/>
              <w:t>Firma: ______________________________</w:t>
            </w:r>
          </w:p>
        </w:tc>
        <w:tc>
          <w:tcPr>
            <w:tcW w:type="dxa" w:w="4986"/>
            <w:tcBorders>
              <w:top w:val="nil"/>
              <w:left w:val="nil"/>
              <w:bottom w:val="nil"/>
              <w:right w:val="nil"/>
              <w:insideH w:val="nil"/>
              <w:insideV w:val="nil"/>
            </w:tcBorders>
          </w:tcPr>
          <w:p>
            <w:pPr>
              <w:jc w:val="center"/>
            </w:pPr>
            <w:r>
              <w:br/>
              <w:br/>
              <w:t>Firma: ______________________________</w:t>
            </w:r>
          </w:p>
        </w:tc>
      </w:tr>
      <w:tr>
        <w:tc>
          <w:tcPr>
            <w:tcW w:type="dxa" w:w="4986"/>
            <w:tcBorders>
              <w:top w:val="nil"/>
              <w:left w:val="nil"/>
              <w:bottom w:val="nil"/>
              <w:right w:val="nil"/>
              <w:insideH w:val="nil"/>
              <w:insideV w:val="nil"/>
            </w:tcBorders>
          </w:tcPr>
          <w:p>
            <w:pPr>
              <w:jc w:val="center"/>
            </w:pPr>
            <w:r>
              <w:t>Nombre: _____________________________</w:t>
            </w:r>
          </w:p>
        </w:tc>
        <w:tc>
          <w:tcPr>
            <w:tcW w:type="dxa" w:w="4986"/>
            <w:tcBorders>
              <w:top w:val="nil"/>
              <w:left w:val="nil"/>
              <w:bottom w:val="nil"/>
              <w:right w:val="nil"/>
              <w:insideH w:val="nil"/>
              <w:insideV w:val="nil"/>
            </w:tcBorders>
          </w:tcPr>
          <w:p>
            <w:pPr>
              <w:jc w:val="center"/>
            </w:pPr>
            <w:r>
              <w:t>Nombre: _____________________________</w:t>
            </w:r>
          </w:p>
        </w:tc>
      </w:tr>
    </w:tbl>
    <w:p/>
    <w:p/>
    <w:p>
      <w:r>
        <w:rPr>
          <w:b w:val="0"/>
          <w:sz w:val="20"/>
        </w:rPr>
        <w:t>Lugar y fecha: ______________________________________</w:t>
      </w:r>
    </w:p>
    <w:p/>
    <w:p/>
    <w:p>
      <w:r>
        <w:br w:type="page"/>
      </w:r>
    </w:p>
    <w:p>
      <w:pPr>
        <w:jc w:val="center"/>
      </w:pPr>
      <w:r>
        <w:rPr>
          <w:color w:val="555555"/>
          <w:sz w:val="24"/>
        </w:rPr>
        <w:t>Fuente original de este documento:</w:t>
      </w:r>
    </w:p>
    <w:p>
      <w:pPr>
        <w:jc w:val="center"/>
      </w:pPr>
      <w:hyperlink r:id="rId9">
        <w:r>
          <w:rPr>
            <w:color w:val="0000FF"/>
            <w:u w:val="single"/>
          </w:rPr>
          <w:t>https://lex-mercantil.com/modelo-carta-renuncia-abogado-cliente/</w:t>
        </w:r>
      </w:hyperlink>
    </w:p>
    <w:p>
      <w:pPr>
        <w:jc w:val="center"/>
      </w:pPr>
      <w:r>
        <w:rPr>
          <w:color w:val="555555"/>
          <w:sz w:val="26"/>
        </w:rPr>
        <w:t>¿Le resultó útil esta plantilla?</w:t>
      </w:r>
    </w:p>
    <w:p>
      <w:pPr>
        <w:jc w:val="center"/>
      </w:pPr>
      <w:r>
        <w:rPr>
          <w:color w:val="555555"/>
          <w:sz w:val="26"/>
        </w:rPr>
        <w:t>Encuentre más plantillas actualizadas en:</w:t>
      </w:r>
    </w:p>
    <w:p>
      <w:pPr>
        <w:jc w:val="center"/>
      </w:pPr>
      <w:hyperlink r:id="rId10">
        <w:r>
          <w:rPr>
            <w:color w:val="0000FF"/>
            <w:u w:val="single"/>
          </w:rPr>
          <w:t>https://lex-mercantil.com</w:t>
        </w:r>
      </w:hyperlink>
    </w:p>
    <w:p>
      <w:pPr>
        <w:jc w:val="center"/>
      </w:pPr>
      <w:r>
        <w:rPr>
          <w:color w:val="808080"/>
          <w:sz w:val="20"/>
        </w:rPr>
        <w:t>Esta plantilla está destinada exclusivamente para uso personal y no comercial.</w:t>
        <w:br/>
        <w:t>En caso de distribución o publicación, es obligatorio mencionar la fuente. © lex-mercantil.com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x-mercantil.com/modelo-carta-renuncia-abogado-cliente/" TargetMode="External"/><Relationship Id="rId10" Type="http://schemas.openxmlformats.org/officeDocument/2006/relationships/hyperlink" Target="https://lex-mercant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