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SUBROGACIÓN DE CONTRATO DE SERVICIOS DE LIMPIEZA</w:t>
      </w:r>
    </w:p>
    <w:p/>
    <w:p/>
    <w:p>
      <w:r>
        <w:rPr>
          <w:b/>
          <w:sz w:val="20"/>
        </w:rPr>
        <w:t>Datos de la empresa cedente (empresa de limpieza actual):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 : _________________________________________________________________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</w:t>
      </w:r>
    </w:p>
    <w:p>
      <w:r>
        <w:rPr>
          <w:b w:val="0"/>
          <w:sz w:val="20"/>
        </w:rPr>
        <w:t>Representada por : _____________________________________________________</w:t>
      </w:r>
    </w:p>
    <w:p>
      <w:r>
        <w:rPr>
          <w:b w:val="0"/>
          <w:sz w:val="20"/>
        </w:rPr>
        <w:t>Cargo : _______________________________________________________________</w:t>
      </w:r>
    </w:p>
    <w:p/>
    <w:p>
      <w:r>
        <w:rPr>
          <w:b/>
          <w:sz w:val="20"/>
        </w:rPr>
        <w:t>Datos de la empresa cesionaria (empresa de limpieza subrogada):</w:t>
      </w:r>
    </w:p>
    <w:p>
      <w:r>
        <w:rPr>
          <w:b w:val="0"/>
          <w:sz w:val="20"/>
        </w:rPr>
        <w:t>Nombre o razón social : ________________________________________________</w:t>
      </w:r>
    </w:p>
    <w:p>
      <w:r>
        <w:rPr>
          <w:b w:val="0"/>
          <w:sz w:val="20"/>
        </w:rPr>
        <w:t>NIF : _________________________________________________________________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</w:t>
      </w:r>
    </w:p>
    <w:p>
      <w:r>
        <w:rPr>
          <w:b w:val="0"/>
          <w:sz w:val="20"/>
        </w:rPr>
        <w:t>Representada por : _____________________________________________________</w:t>
      </w:r>
    </w:p>
    <w:p>
      <w:r>
        <w:rPr>
          <w:b w:val="0"/>
          <w:sz w:val="20"/>
        </w:rPr>
        <w:t>Cargo : _______________________________________________________________</w:t>
      </w:r>
    </w:p>
    <w:p/>
    <w:p/>
    <w:p>
      <w:r>
        <w:rPr>
          <w:b/>
          <w:sz w:val="20"/>
        </w:rPr>
        <w:t>EXPONEN:</w:t>
      </w:r>
    </w:p>
    <w:p/>
    <w:p>
      <w:r>
        <w:rPr>
          <w:b w:val="0"/>
          <w:sz w:val="20"/>
        </w:rPr>
        <w:t>Primero.- Que con fecha ____________, la empresa cedente y el cliente suscribieron un contrato para la prestación de servicios de limpieza en las instalaciones situadas en _______________.</w:t>
      </w:r>
    </w:p>
    <w:p>
      <w:r>
        <w:rPr>
          <w:b w:val="0"/>
          <w:sz w:val="20"/>
        </w:rPr>
        <w:t>Segundo.- Que la empresa cesionaria ha acordado subrogarse en todos los derechos y obligaciones derivados del citado contrato, asumiendo el cumplimiento íntegro del mismo desde la fecha de firma de esta carta.</w:t>
      </w:r>
    </w:p>
    <w:p>
      <w:r>
        <w:rPr>
          <w:b w:val="0"/>
          <w:sz w:val="20"/>
        </w:rPr>
        <w:t>Tercero.- Que ambas partes, cedente y cesionaria, manifiestan su conformidad con la subrogación, de conformidad con lo establecido en el artículo 44 del Estatuto de los Trabajadores y demás legislación aplicable.</w:t>
      </w:r>
    </w:p>
    <w:p/>
    <w:p>
      <w:r>
        <w:rPr>
          <w:b/>
          <w:sz w:val="20"/>
        </w:rPr>
        <w:t>En virtud de lo anterior, ambas partes acuerdan lo siguiente:</w:t>
      </w:r>
    </w:p>
    <w:p/>
    <w:p>
      <w:r>
        <w:rPr>
          <w:b/>
          <w:sz w:val="20"/>
        </w:rPr>
        <w:t>1. Objeto de la subrogación</w:t>
      </w:r>
    </w:p>
    <w:p>
      <w:r>
        <w:rPr>
          <w:b w:val="0"/>
          <w:sz w:val="20"/>
        </w:rPr>
        <w:t>La empresa cesionaria asume y acepta la totalidad de derechos, obligaciones, responsabilidades y condiciones laborales derivadas del contrato de prestación de servicios de limpieza referido, incluyendo la subrogación del personal que presta el servicio, conforme a la normativa vigente.</w:t>
      </w:r>
    </w:p>
    <w:p/>
    <w:p>
      <w:r>
        <w:rPr>
          <w:b/>
          <w:sz w:val="20"/>
        </w:rPr>
        <w:t>2. Alcance y efectos</w:t>
      </w:r>
    </w:p>
    <w:p>
      <w:r>
        <w:rPr>
          <w:b w:val="0"/>
          <w:sz w:val="20"/>
        </w:rPr>
        <w:t>La subrogación tendrá efectos desde la fecha de firma de esta carta, comprometiéndose la empresa cesionaria a cumplir todas las condiciones pactadas en el contrato original, asumiendo todas las responsabilidades laborales, económicas y sociales derivadas.</w:t>
      </w:r>
    </w:p>
    <w:p/>
    <w:p>
      <w:r>
        <w:rPr>
          <w:b/>
          <w:sz w:val="20"/>
        </w:rPr>
        <w:t>3. Responsabilidades</w:t>
      </w:r>
    </w:p>
    <w:p>
      <w:r>
        <w:rPr>
          <w:b w:val="0"/>
          <w:sz w:val="20"/>
        </w:rPr>
        <w:t>La empresa cedente declara haber cumplido con todas las obligaciones laborales y de seguridad social respecto al personal subrogado hasta la fecha de subrogación, liberando expresamente al cliente y a la empresa cesionaria de cualquier reclamación anterior a dicha fecha.</w:t>
      </w:r>
    </w:p>
    <w:p/>
    <w:p>
      <w:r>
        <w:rPr>
          <w:b/>
          <w:sz w:val="20"/>
        </w:rPr>
        <w:t>4. Comunicación al cliente</w:t>
      </w:r>
    </w:p>
    <w:p>
      <w:r>
        <w:rPr>
          <w:b w:val="0"/>
          <w:sz w:val="20"/>
        </w:rPr>
        <w:t>Ambas partes acuerdan remitir copia de esta carta al cliente para su conocimiento y para que sirva de constancia fehaciente de la subrogación efectuada.</w:t>
      </w:r>
    </w:p>
    <w:p/>
    <w:p>
      <w:r>
        <w:rPr>
          <w:b/>
          <w:sz w:val="20"/>
        </w:rPr>
        <w:t>Sin otro particular, y en prueba de conformidad, firman la presente carta en duplicado ejemplar.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 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 CESIONARIA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/>
    <w:p/>
    <w:p>
      <w:r>
        <w:rPr>
          <w:b w:val="0"/>
          <w:sz w:val="20"/>
        </w:rPr>
        <w:t>Lugar : ___________________________________     Fecha 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https://lex-mercantil.com/modelo-carta-subrogacion-empresa-limpieza/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arta-subrogacion-empresa-limpiez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