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DE INSTALACIÓN DE FONTANERÍA</w:t>
      </w:r>
    </w:p>
    <w:p/>
    <w:p>
      <w:r>
        <w:rPr>
          <w:b/>
          <w:sz w:val="20"/>
        </w:rPr>
        <w:t>Datos de la Empresa Instaladora: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Número de Registro Industrial : _________________________________________</w:t>
      </w:r>
    </w:p>
    <w:p>
      <w:r>
        <w:rPr>
          <w:b w:val="0"/>
          <w:sz w:val="20"/>
        </w:rPr>
        <w:t>Domicilio Social : 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Instalador Responsable: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Número de Colegiado / Carné Profesional : 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/>
    <w:p>
      <w:r>
        <w:rPr>
          <w:b/>
          <w:sz w:val="20"/>
        </w:rPr>
        <w:t>Datos de la Instalación de Fontanería:</w:t>
      </w:r>
    </w:p>
    <w:p>
      <w:r>
        <w:rPr>
          <w:b w:val="0"/>
          <w:sz w:val="20"/>
        </w:rPr>
        <w:t>Dirección de la Instalación : ___________________________________________</w:t>
      </w:r>
    </w:p>
    <w:p>
      <w:r>
        <w:rPr>
          <w:b w:val="0"/>
          <w:sz w:val="20"/>
        </w:rPr>
        <w:t>Tipo de Edificio : ______________________________________________________</w:t>
      </w:r>
    </w:p>
    <w:p>
      <w:r>
        <w:rPr>
          <w:b w:val="0"/>
          <w:sz w:val="20"/>
        </w:rPr>
        <w:t>Uso de la Instalación : __________________________________________________</w:t>
      </w:r>
    </w:p>
    <w:p>
      <w:r>
        <w:rPr>
          <w:b w:val="0"/>
          <w:sz w:val="20"/>
        </w:rPr>
        <w:t>Descripción de la Instalación : __________________________________________</w:t>
      </w:r>
    </w:p>
    <w:p/>
    <w:p>
      <w:r>
        <w:rPr>
          <w:b/>
          <w:sz w:val="20"/>
        </w:rPr>
        <w:t>Declaración Responsable:</w:t>
      </w:r>
    </w:p>
    <w:p>
      <w:r>
        <w:rPr>
          <w:b w:val="0"/>
          <w:sz w:val="20"/>
        </w:rPr>
        <w:t>El abajo firmante, como instalador responsable, certifica que la instalación de fontanería referida ha sido ejecutada conforme a la normativa vigente aplicable y a las especificaciones técnicas exigidas, garantizando su correcta funcionalidad y seguridad.</w:t>
      </w:r>
    </w:p>
    <w:p/>
    <w:p>
      <w:r>
        <w:rPr>
          <w:b/>
          <w:sz w:val="20"/>
        </w:rPr>
        <w:t>Cumplimiento Normativo:</w:t>
      </w:r>
    </w:p>
    <w:p>
      <w:r>
        <w:rPr>
          <w:b w:val="0"/>
          <w:sz w:val="20"/>
        </w:rPr>
        <w:t>Esta instalación cumple con lo establecido en el Reglamento de Instalaciones Térmicas en los Edificios (RITE), el Código Técnico de la Edificación (CTE), y demás normativa sectorial aplicable en materia de fontanería y saneamiento, así como con las prescripciones técnicas y medidas de seguridad pertinentes.</w:t>
      </w:r>
    </w:p>
    <w:p/>
    <w:p>
      <w:r>
        <w:rPr>
          <w:b/>
          <w:sz w:val="20"/>
        </w:rPr>
        <w:t>Mantenimiento y Uso:</w:t>
      </w:r>
    </w:p>
    <w:p>
      <w:r>
        <w:rPr>
          <w:b w:val="0"/>
          <w:sz w:val="20"/>
        </w:rPr>
        <w:t>El usuario se compromete a mantener la instalación en condiciones adecuadas de funcionamiento y seguridad, realizando las revisiones y mantenimientos periódicos que resulten necesarios conforme a la normativa y recomendaciones técnicas vigentes.</w:t>
      </w:r>
    </w:p>
    <w:p/>
    <w:p>
      <w:r>
        <w:rPr>
          <w:b/>
          <w:sz w:val="20"/>
        </w:rPr>
        <w:t>Observaciones: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 w:val="0"/>
          <w:sz w:val="20"/>
        </w:rPr>
        <w:t>Lugar : ________________________________    Fecha 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INSTALADOR RESPONSABLE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DE LA 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https://lex-mercantil.com/modelo-certificado-instalacion-fontaneria/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ertificado-instalacion-fontaneri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