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CLÁUSULA DE ELEVACIÓN A PÚBLICO DE CONTRATO PRIVADO</w:t>
      </w:r>
    </w:p>
    <w:p/>
    <w:p>
      <w:r>
        <w:rPr>
          <w:b/>
          <w:sz w:val="20"/>
        </w:rPr>
        <w:t>REUNIDOS:</w:t>
      </w:r>
    </w:p>
    <w:p>
      <w:r>
        <w:rPr>
          <w:b w:val="0"/>
          <w:sz w:val="20"/>
        </w:rPr>
        <w:t>De una parte, ..........................................................., mayor de edad, con DNI nº ........................, y domicilio en ..................................................................................</w:t>
      </w:r>
    </w:p>
    <w:p>
      <w:r>
        <w:rPr>
          <w:b w:val="0"/>
          <w:sz w:val="20"/>
        </w:rPr>
        <w:t>Y de otra parte, .............................................................................................................................................................., mayor de edad, con DNI nº ....................................................., y domicilio en .................................................................................</w:t>
      </w:r>
    </w:p>
    <w:p/>
    <w:p>
      <w:r>
        <w:rPr>
          <w:b w:val="0"/>
          <w:sz w:val="20"/>
        </w:rPr>
        <w:t>Ambas partes se reconocen mutuamente capacidad legal suficiente para formalizar el presente documento, y a tal efecto</w:t>
      </w:r>
    </w:p>
    <w:p/>
    <w:p>
      <w:r>
        <w:rPr>
          <w:b/>
          <w:sz w:val="20"/>
        </w:rPr>
        <w:t>CLÁUSULA 1 – ANTECEDENTES Y OBJETO</w:t>
      </w:r>
    </w:p>
    <w:p>
      <w:r>
        <w:rPr>
          <w:b w:val="0"/>
          <w:sz w:val="20"/>
        </w:rPr>
        <w:t>Ambas partes suscribieron un contrato privado de fecha ________________, relativo a ......................................................................................................................................................</w:t>
      </w:r>
    </w:p>
    <w:p>
      <w:r>
        <w:rPr>
          <w:b w:val="0"/>
          <w:sz w:val="20"/>
        </w:rPr>
        <w:t>Que, con el presente documento, desean elevar a público mediante escritura notarial, de conformidad con lo establecido en el artículo 1213 del Código Civil y demás normativa aplicable, para otorgarle plena eficacia jurídica y oponibilidad frente a terceros.</w:t>
      </w:r>
    </w:p>
    <w:p/>
    <w:p>
      <w:r>
        <w:rPr>
          <w:b/>
          <w:sz w:val="20"/>
        </w:rPr>
        <w:t>CLÁUSULA 2 – RATIFICACIÓN Y MANIFESTACIONES</w:t>
      </w:r>
    </w:p>
    <w:p>
      <w:r>
        <w:rPr>
          <w:b w:val="0"/>
          <w:sz w:val="20"/>
        </w:rPr>
        <w:t>Las partes manifiestan que mantienen íntegro el contenido del contrato privado referido, ratifican todas y cada una de sus estipulaciones, y expresan su voluntad firme e inequívoca de elevarlo a público en los términos pactados.</w:t>
      </w:r>
    </w:p>
    <w:p>
      <w:r>
        <w:rPr>
          <w:b w:val="0"/>
          <w:sz w:val="20"/>
        </w:rPr>
        <w:t>Declaran asimismo que no existe ninguna causa de nulidad, anulabilidad o rescisión que afecte al contrato privado, ni obligación legal o contractual que impida su elevación a público.</w:t>
      </w:r>
    </w:p>
    <w:p/>
    <w:p>
      <w:r>
        <w:rPr>
          <w:b/>
          <w:sz w:val="20"/>
        </w:rPr>
        <w:t>CLÁUSULA 3 – EFECTOS Y PUBLICIDAD</w:t>
      </w:r>
    </w:p>
    <w:p>
      <w:r>
        <w:rPr>
          <w:b w:val="0"/>
          <w:sz w:val="20"/>
        </w:rPr>
        <w:t>La presente elevación a público tendrá efectos desde la firma de la correspondiente escritura notarial, surtiendo plenos efectos jurídicos conforme a la ley.</w:t>
      </w:r>
    </w:p>
    <w:p>
      <w:r>
        <w:rPr>
          <w:b w:val="0"/>
          <w:sz w:val="20"/>
        </w:rPr>
        <w:t>Asimismo, las partes acuerdan realizar, si procede, las inscripciones o anotaciones registrales necesarias para la publicidad y oponibilidad frente a terceros.</w:t>
      </w:r>
    </w:p>
    <w:p/>
    <w:p>
      <w:r>
        <w:rPr>
          <w:b/>
          <w:sz w:val="20"/>
        </w:rPr>
        <w:t>CLÁUSULA 4 – GASTOS E IMPUESTOS</w:t>
      </w:r>
    </w:p>
    <w:p>
      <w:r>
        <w:rPr>
          <w:b w:val="0"/>
          <w:sz w:val="20"/>
        </w:rPr>
        <w:t>Todos los gastos, tributos y honorarios que se deriven de la elevación a público del presente contrato serán de cuenta de ____________________________________________________.</w:t>
      </w:r>
    </w:p>
    <w:p/>
    <w:p>
      <w:r>
        <w:rPr>
          <w:b/>
          <w:sz w:val="20"/>
        </w:rPr>
        <w:t>CLÁUSULA 5 – JURISDICCIÓN Y LEY APLICABLE</w:t>
      </w:r>
    </w:p>
    <w:p>
      <w:r>
        <w:rPr>
          <w:b w:val="0"/>
          <w:sz w:val="20"/>
        </w:rPr>
        <w:t>Para cuantas cuestiones litigiosas puedan derivarse de la interpretación, cumplimiento o ejecución del presente documento, las partes se someten expresamente a los Juzgados y Tribunales de ____________________, renunciando a cualquier otro fuero que pudiera corresponderles.</w:t>
      </w:r>
    </w:p>
    <w:p>
      <w:r>
        <w:rPr>
          <w:b w:val="0"/>
          <w:sz w:val="20"/>
        </w:rPr>
        <w:t>Este documento se regirá e interpretará conforme a la legislación española vigente.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https://lex-mercantil.com/modelo-clausula-elevacion-a-publico-contrato-privado/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clausula-elevacion-a-publico-contrato-privado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