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CONTRATO DE ARRAS PARA LA COMPRAVENTA DE VEHÍCULO</w:t>
      </w:r>
    </w:p>
    <w:p/>
    <w:p>
      <w:r>
        <w:rPr>
          <w:b w:val="0"/>
          <w:sz w:val="20"/>
        </w:rPr>
        <w:t>Lugar : ____________________________    Fecha : ____________________________</w:t>
      </w:r>
    </w:p>
    <w:p/>
    <w:p>
      <w:r>
        <w:rPr>
          <w:b/>
          <w:sz w:val="20"/>
        </w:rPr>
        <w:t>Datos del Vendedor :</w:t>
      </w:r>
    </w:p>
    <w:p>
      <w:r>
        <w:rPr>
          <w:b w:val="0"/>
          <w:sz w:val="20"/>
        </w:rPr>
        <w:t>Nombre y Apellidos : ___________________________________________________</w:t>
      </w:r>
    </w:p>
    <w:p>
      <w:r>
        <w:rPr>
          <w:b w:val="0"/>
          <w:sz w:val="20"/>
        </w:rPr>
        <w:t>DNI/NIE : _______________________________________________________________</w:t>
      </w:r>
    </w:p>
    <w:p>
      <w:r>
        <w:rPr>
          <w:b w:val="0"/>
          <w:sz w:val="20"/>
        </w:rPr>
        <w:t>Dirección : ____________________________________________________________</w:t>
      </w:r>
    </w:p>
    <w:p>
      <w:r>
        <w:rPr>
          <w:b w:val="0"/>
          <w:sz w:val="20"/>
        </w:rPr>
        <w:t>Teléfono : _____________________________________________________________</w:t>
      </w:r>
    </w:p>
    <w:p/>
    <w:p>
      <w:r>
        <w:rPr>
          <w:b/>
          <w:sz w:val="20"/>
        </w:rPr>
        <w:t>Datos del Comprador :</w:t>
      </w:r>
    </w:p>
    <w:p>
      <w:r>
        <w:rPr>
          <w:b w:val="0"/>
          <w:sz w:val="20"/>
        </w:rPr>
        <w:t>Nombre y Apellidos : ___________________________________________________</w:t>
      </w:r>
    </w:p>
    <w:p>
      <w:r>
        <w:rPr>
          <w:b w:val="0"/>
          <w:sz w:val="20"/>
        </w:rPr>
        <w:t>DNI/NIE : _______________________________________________________________</w:t>
      </w:r>
    </w:p>
    <w:p>
      <w:r>
        <w:rPr>
          <w:b w:val="0"/>
          <w:sz w:val="20"/>
        </w:rPr>
        <w:t>Dirección : ____________________________________________________________</w:t>
      </w:r>
    </w:p>
    <w:p>
      <w:r>
        <w:rPr>
          <w:b w:val="0"/>
          <w:sz w:val="20"/>
        </w:rPr>
        <w:t>Teléfono : _____________________________________________________________</w:t>
      </w:r>
    </w:p>
    <w:p/>
    <w:p>
      <w:r>
        <w:rPr>
          <w:b/>
          <w:sz w:val="20"/>
        </w:rPr>
        <w:t>Datos del Vehículo objeto de compraventa :</w:t>
      </w:r>
    </w:p>
    <w:p>
      <w:r>
        <w:rPr>
          <w:b w:val="0"/>
          <w:sz w:val="20"/>
        </w:rPr>
        <w:t>Marca : ________________________________________________________________</w:t>
      </w:r>
    </w:p>
    <w:p>
      <w:r>
        <w:rPr>
          <w:b w:val="0"/>
          <w:sz w:val="20"/>
        </w:rPr>
        <w:t>Modelo : _______________________________________________________________</w:t>
      </w:r>
    </w:p>
    <w:p>
      <w:r>
        <w:rPr>
          <w:b w:val="0"/>
          <w:sz w:val="20"/>
        </w:rPr>
        <w:t>Matrícula : ____________________________________________________________</w:t>
      </w:r>
    </w:p>
    <w:p>
      <w:r>
        <w:rPr>
          <w:b w:val="0"/>
          <w:sz w:val="20"/>
        </w:rPr>
        <w:t>Número de Bastidor (VIN) : _____________________________________________</w:t>
      </w:r>
    </w:p>
    <w:p>
      <w:r>
        <w:rPr>
          <w:b w:val="0"/>
          <w:sz w:val="20"/>
        </w:rPr>
        <w:t>Kilometraje : __________________________________________________________</w:t>
      </w:r>
    </w:p>
    <w:p>
      <w:r>
        <w:rPr>
          <w:b w:val="0"/>
          <w:sz w:val="20"/>
        </w:rPr>
        <w:t>Estado del vehículo : _________________________________________________</w:t>
      </w:r>
    </w:p>
    <w:p/>
    <w:p>
      <w:r>
        <w:rPr>
          <w:b/>
          <w:sz w:val="20"/>
        </w:rPr>
        <w:t>Precio y señal entregada :</w:t>
      </w:r>
    </w:p>
    <w:p>
      <w:r>
        <w:rPr>
          <w:b w:val="0"/>
          <w:sz w:val="20"/>
        </w:rPr>
        <w:t>Precio total de la compraventa : _________________ EUR</w:t>
      </w:r>
    </w:p>
    <w:p>
      <w:r>
        <w:rPr>
          <w:b w:val="0"/>
          <w:sz w:val="20"/>
        </w:rPr>
        <w:t>Cantidad entregada en concepto de arras penitenciales : _________________ EUR</w:t>
      </w:r>
    </w:p>
    <w:p>
      <w:r>
        <w:rPr>
          <w:b w:val="0"/>
          <w:sz w:val="20"/>
        </w:rPr>
        <w:t>Forma de pago de la señal : ____________________________________________</w:t>
      </w:r>
    </w:p>
    <w:p/>
    <w:p>
      <w:r>
        <w:rPr>
          <w:b/>
          <w:sz w:val="20"/>
        </w:rPr>
        <w:t>Cláusula 1 – Objeto del contrato</w:t>
      </w:r>
    </w:p>
    <w:p>
      <w:r>
        <w:rPr>
          <w:b w:val="0"/>
          <w:sz w:val="20"/>
        </w:rPr>
        <w:t>El vendedor se obliga a vender y el comprador a comprar el vehículo descrito en este contrato, libre de cargas, gravámenes y al corriente de pagos, con las características y estado que se indican.</w:t>
      </w:r>
    </w:p>
    <w:p/>
    <w:p>
      <w:r>
        <w:rPr>
          <w:b/>
          <w:sz w:val="20"/>
        </w:rPr>
        <w:t>Cláusula 2 – Entrega de la señal y arras penitenciales</w:t>
      </w:r>
    </w:p>
    <w:p>
      <w:r>
        <w:rPr>
          <w:b w:val="0"/>
          <w:sz w:val="20"/>
        </w:rPr>
        <w:t>El comprador entrega en este acto la cantidad en concepto de arras penitenciales, que se descontará del precio total en el momento de la formalización de la compraventa. En caso de incumplimiento, esta cantidad se perderá si incumple el comprador, y deberá ser devuelta duplicada si incumple el vendedor.</w:t>
      </w:r>
    </w:p>
    <w:p/>
    <w:p>
      <w:r>
        <w:rPr>
          <w:b/>
          <w:sz w:val="20"/>
        </w:rPr>
        <w:t>Cláusula 3 – Formalización del contrato de compraventa</w:t>
      </w:r>
    </w:p>
    <w:p>
      <w:r>
        <w:rPr>
          <w:b w:val="0"/>
          <w:sz w:val="20"/>
        </w:rPr>
        <w:t>Las partes se comprometen a otorgar el contrato definitivo de compraventa en el plazo máximo de _______ días desde la firma del presente contrato de arras, en el lugar y forma que se acuerde.</w:t>
      </w:r>
    </w:p>
    <w:p/>
    <w:p>
      <w:r>
        <w:rPr>
          <w:b/>
          <w:sz w:val="20"/>
        </w:rPr>
        <w:t>Cláusula 4 – Obligaciones del vendedor</w:t>
      </w:r>
    </w:p>
    <w:p>
      <w:r>
        <w:rPr>
          <w:b w:val="0"/>
          <w:sz w:val="20"/>
        </w:rPr>
        <w:t>El vendedor se compromete a entregar el vehículo en el estado pactado, con la documentación necesaria para su transferencia, libre de cargas y consumos, en la fecha de formalización del contrato definitivo.</w:t>
      </w:r>
    </w:p>
    <w:p/>
    <w:p>
      <w:r>
        <w:rPr>
          <w:b/>
          <w:sz w:val="20"/>
        </w:rPr>
        <w:t>Cláusula 5 – Obligaciones del comprador</w:t>
      </w:r>
    </w:p>
    <w:p>
      <w:r>
        <w:rPr>
          <w:b w:val="0"/>
          <w:sz w:val="20"/>
        </w:rPr>
        <w:t>El comprador se obliga a abonar el precio pactado y a formalizar la compraventa en la fecha establecida, así como a realizar los trámites de cambio de titularidad ante la autoridad competente.</w:t>
      </w:r>
    </w:p>
    <w:p/>
    <w:p>
      <w:r>
        <w:rPr>
          <w:b/>
          <w:sz w:val="20"/>
        </w:rPr>
        <w:t>Cláusula 6 – Gastos e impuestos</w:t>
      </w:r>
    </w:p>
    <w:p>
      <w:r>
        <w:rPr>
          <w:b w:val="0"/>
          <w:sz w:val="20"/>
        </w:rPr>
        <w:t>Los gastos derivados de la transmisión del vehículo y los impuestos correspondientes serán a cargo de las partes conforme a la legislación vigente y lo pactado expresamente por ellas.</w:t>
      </w:r>
    </w:p>
    <w:p/>
    <w:p>
      <w:r>
        <w:rPr>
          <w:b/>
          <w:sz w:val="20"/>
        </w:rPr>
        <w:t>Cláusula 7 – Legislación aplicable y jurisdicción</w:t>
      </w:r>
    </w:p>
    <w:p>
      <w:r>
        <w:rPr>
          <w:b w:val="0"/>
          <w:sz w:val="20"/>
        </w:rPr>
        <w:t>Este contrato se rige por la legislación española. Para la resolución de cualquier controversia derivada del presente contrato, las partes se someten a los Juzgados y Tribunales del lugar del domicilio del vendedor.</w:t>
      </w:r>
    </w:p>
    <w:p/>
    <w:p/>
    <w:p>
      <w:r>
        <w:rPr>
          <w:b w:val="0"/>
          <w:sz w:val="20"/>
        </w:rPr>
        <w:t>Lugar y fecha de la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VENDEDOR</w:t>
            </w:r>
          </w:p>
        </w:tc>
        <w:tc>
          <w:tcPr>
            <w:tcW w:type="dxa" w:w="4986"/>
            <w:tcBorders>
              <w:top w:val="nil"/>
              <w:left w:val="nil"/>
              <w:bottom w:val="nil"/>
              <w:right w:val="nil"/>
              <w:insideH w:val="nil"/>
              <w:insideV w:val="nil"/>
            </w:tcBorders>
          </w:tcPr>
          <w:p>
            <w:pPr>
              <w:jc w:val="center"/>
            </w:pPr>
            <w:r>
              <w:t>COMPRADOR</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https://lex-mercantil.com/modelo-contrato-arras-coche/</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https://lex-mercantil.com</w:t>
        </w:r>
      </w:hyperlink>
    </w:p>
    <w:p>
      <w:pPr>
        <w:jc w:val="center"/>
      </w:pPr>
      <w:r>
        <w:rPr>
          <w:color w:val="808080"/>
          <w:sz w:val="20"/>
        </w:rPr>
        <w:t>Esta plantilla está destinada exclusivamente para uso personal y no comercial.</w:t>
        <w:br/>
        <w:t>En caso de distribución o publicación, es obligatorio mencionar la fuente. © lex-mercantil.com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mercantil.com/modelo-contrato-arras-coche/" TargetMode="External"/><Relationship Id="rId10" Type="http://schemas.openxmlformats.org/officeDocument/2006/relationships/hyperlink" Target="https://lex-mercant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