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CONTRATO DE CESIÓN DE DERECHO DE REMATE</w:t>
      </w:r>
    </w:p>
    <w:p/>
    <w:p>
      <w:r>
        <w:rPr>
          <w:b/>
          <w:sz w:val="20"/>
        </w:rPr>
        <w:t>CEDENTE: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Nº Documento de Identidad : 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CESIONARIO:</w:t>
      </w:r>
    </w:p>
    <w:p>
      <w:r>
        <w:rPr>
          <w:b w:val="0"/>
          <w:sz w:val="20"/>
        </w:rPr>
        <w:t>Nombre y Apellidos : ________________________________________________</w:t>
      </w:r>
    </w:p>
    <w:p>
      <w:r>
        <w:rPr>
          <w:b w:val="0"/>
          <w:sz w:val="20"/>
        </w:rPr>
        <w:t>Nº Documento de Identidad : __________________________________________</w:t>
      </w:r>
    </w:p>
    <w:p>
      <w:r>
        <w:rPr>
          <w:b w:val="0"/>
          <w:sz w:val="20"/>
        </w:rPr>
        <w:t>Domicilio : ___________________________________________________________</w:t>
      </w:r>
    </w:p>
    <w:p>
      <w:r>
        <w:rPr>
          <w:b w:val="0"/>
          <w:sz w:val="20"/>
        </w:rPr>
        <w:t>Teléfono : ___________________________________________________________</w:t>
      </w:r>
    </w:p>
    <w:p/>
    <w:p>
      <w:r>
        <w:rPr>
          <w:b/>
          <w:sz w:val="20"/>
        </w:rPr>
        <w:t>OBJETO DEL CONTRATO</w:t>
      </w:r>
    </w:p>
    <w:p>
      <w:r>
        <w:rPr>
          <w:b w:val="0"/>
          <w:sz w:val="20"/>
        </w:rPr>
        <w:t>El CEDENTE cede y transmite al CESIONARIO, quien acepta, todos los derechos, acciones y facultades derivados del derecho de remate que posee sobre el bien objeto del procedimiento judicial que se indica, en los términos y condiciones que se detallan en este contrato.</w:t>
      </w:r>
    </w:p>
    <w:p/>
    <w:p>
      <w:r>
        <w:rPr>
          <w:b/>
          <w:sz w:val="20"/>
        </w:rPr>
        <w:t>DESCRIPCIÓN DEL DERECHO CEDIDO</w:t>
      </w:r>
    </w:p>
    <w:p>
      <w:r>
        <w:rPr>
          <w:b w:val="0"/>
          <w:sz w:val="20"/>
        </w:rPr>
        <w:t>El derecho de remate objeto de la presente cesión corresponde a la participación en el procedimiento judicial con número de expediente ___________________, relativo al bien inmueble o mueble descrito a continuación:</w:t>
      </w:r>
    </w:p>
    <w:p>
      <w:r>
        <w:rPr>
          <w:b w:val="0"/>
          <w:sz w:val="20"/>
        </w:rPr>
        <w:t>Descripción del bien : ________________________________________________</w:t>
      </w:r>
    </w:p>
    <w:p>
      <w:r>
        <w:rPr>
          <w:b w:val="0"/>
          <w:sz w:val="20"/>
        </w:rPr>
        <w:t>Ubicación o situación : ________________________________________________</w:t>
      </w:r>
    </w:p>
    <w:p>
      <w:r>
        <w:rPr>
          <w:b w:val="0"/>
          <w:sz w:val="20"/>
        </w:rPr>
        <w:t>Cargas o gravámenes existentes : _____________________________________</w:t>
      </w:r>
    </w:p>
    <w:p/>
    <w:p>
      <w:r>
        <w:rPr>
          <w:b/>
          <w:sz w:val="20"/>
        </w:rPr>
        <w:t>PRECIO Y FORMA DE PAGO</w:t>
      </w:r>
    </w:p>
    <w:p>
      <w:r>
        <w:rPr>
          <w:b w:val="0"/>
          <w:sz w:val="20"/>
        </w:rPr>
        <w:t>El CESIONARIO paga al CEDENTE la cantidad de _________________ euros (EUR), que será satisfecha conforme a lo siguiente:</w:t>
      </w:r>
    </w:p>
    <w:p>
      <w:r>
        <w:rPr>
          <w:b w:val="0"/>
          <w:sz w:val="20"/>
        </w:rPr>
        <w:t>Forma de pago : ______________________________________________________</w:t>
      </w:r>
    </w:p>
    <w:p/>
    <w:p>
      <w:r>
        <w:rPr>
          <w:b/>
          <w:sz w:val="20"/>
        </w:rPr>
        <w:t>OBLIGACIONES DEL CEDENTE</w:t>
      </w:r>
    </w:p>
    <w:p>
      <w:r>
        <w:rPr>
          <w:b w:val="0"/>
          <w:sz w:val="20"/>
        </w:rPr>
        <w:t>El CEDENTE se obliga a entregar toda la documentación y poderes necesarios para la efectiva transmisión del derecho de remate, así como a colaborar en lo que sea preciso para el ejercicio y defensa de dicho derecho por parte del CESIONARIO.</w:t>
      </w:r>
    </w:p>
    <w:p/>
    <w:p>
      <w:r>
        <w:rPr>
          <w:b/>
          <w:sz w:val="20"/>
        </w:rPr>
        <w:t>OBLIGACIONES DEL CESIONARIO</w:t>
      </w:r>
    </w:p>
    <w:p>
      <w:r>
        <w:rPr>
          <w:b w:val="0"/>
          <w:sz w:val="20"/>
        </w:rPr>
        <w:t>El CESIONARIO asume el compromiso de cumplir con las responsabilidades, cargas y gastos inherentes al derecho de remate cedido, incluyendo los derivados del procedimiento judicial, y de no reclamar al CEDENTE responsabilidad alguna por hechos anteriores a la cesión.</w:t>
      </w:r>
    </w:p>
    <w:p/>
    <w:p>
      <w:r>
        <w:rPr>
          <w:b/>
          <w:sz w:val="20"/>
        </w:rPr>
        <w:t>RESPONSABILIDAD Y EXCLUSIÓN DE GARANTÍAS</w:t>
      </w:r>
    </w:p>
    <w:p>
      <w:r>
        <w:rPr>
          <w:b w:val="0"/>
          <w:sz w:val="20"/>
        </w:rPr>
        <w:t>El CEDENTE declara que el derecho de remate se cede en el estado en que se encuentra, sin garantías adicionales, y que no responderá por vicios ocultos ni por eventuales problemas derivados del procedimiento judicial o del bien objeto del remate.</w:t>
      </w:r>
    </w:p>
    <w:p/>
    <w:p>
      <w:r>
        <w:rPr>
          <w:b/>
          <w:sz w:val="20"/>
        </w:rPr>
        <w:t>JURISDICCIÓN Y COMPETENCIAS</w:t>
      </w:r>
    </w:p>
    <w:p>
      <w:r>
        <w:rPr>
          <w:b w:val="0"/>
          <w:sz w:val="20"/>
        </w:rPr>
        <w:t>Para cualquier controversia derivada de la interpretación, cumplimiento o ejecución del presente contrato, las partes se someten expresamente a la jurisdicción de los Juzgados y Tribunales del domicilio del CESIONARIO, renunciando a cualquier otro fuero que pudiera corresponderles.</w:t>
      </w:r>
    </w:p>
    <w:p/>
    <w:p/>
    <w:p>
      <w:r>
        <w:rPr>
          <w:b w:val="0"/>
          <w:sz w:val="20"/>
        </w:rPr>
        <w:t>Lugar de otorgamiento : 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CESIONARIO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https://lex-mercantil.com/modelo-contrato-cesion-de-remate/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https://lex-mercantil.com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lex-mercantil.com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mercantil.com/modelo-contrato-cesion-de-remate/" TargetMode="External"/><Relationship Id="rId10" Type="http://schemas.openxmlformats.org/officeDocument/2006/relationships/hyperlink" Target="https://lex-mercant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