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CONTRATO DE COMPRAVENTA CON PODER NOTARIAL</w:t>
      </w:r>
    </w:p>
    <w:p/>
    <w:p>
      <w:r>
        <w:rPr>
          <w:b w:val="0"/>
          <w:sz w:val="20"/>
        </w:rPr>
        <w:t>Lugar : ____________________________    Fecha : ____________________________</w:t>
      </w:r>
    </w:p>
    <w:p/>
    <w:p>
      <w:r>
        <w:rPr>
          <w:b/>
          <w:sz w:val="20"/>
        </w:rPr>
        <w:t>Datos del Vendedor (Poderdante) 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Nº Documento de Identidad : ___________________________________________</w:t>
      </w:r>
    </w:p>
    <w:p>
      <w:r>
        <w:rPr>
          <w:b w:val="0"/>
          <w:sz w:val="20"/>
        </w:rPr>
        <w:t>Dirección : 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Datos del Apoderado 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Nº Documento de Identidad : ___________________________________________</w:t>
      </w:r>
    </w:p>
    <w:p>
      <w:r>
        <w:rPr>
          <w:b w:val="0"/>
          <w:sz w:val="20"/>
        </w:rPr>
        <w:t>Dirección : 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Datos del Comprador 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Nº Documento de Identidad : ___________________________________________</w:t>
      </w:r>
    </w:p>
    <w:p>
      <w:r>
        <w:rPr>
          <w:b w:val="0"/>
          <w:sz w:val="20"/>
        </w:rPr>
        <w:t>Dirección : 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Datos del Bien objeto de la Compraventa :</w:t>
      </w:r>
    </w:p>
    <w:p>
      <w:r>
        <w:rPr>
          <w:b w:val="0"/>
          <w:sz w:val="20"/>
        </w:rPr>
        <w:t>Descripción del Bien : _________________________________________________</w:t>
      </w:r>
    </w:p>
    <w:p>
      <w:r>
        <w:rPr>
          <w:b w:val="0"/>
          <w:sz w:val="20"/>
        </w:rPr>
        <w:t>Marca/Modelo (si procede) : _____________________________________________</w:t>
      </w:r>
    </w:p>
    <w:p>
      <w:r>
        <w:rPr>
          <w:b w:val="0"/>
          <w:sz w:val="20"/>
        </w:rPr>
        <w:t>Número de Identificación/Serie : _______________________________________</w:t>
      </w:r>
    </w:p>
    <w:p>
      <w:r>
        <w:rPr>
          <w:b w:val="0"/>
          <w:sz w:val="20"/>
        </w:rPr>
        <w:t>Estado y características : ______________________________________________</w:t>
      </w:r>
    </w:p>
    <w:p/>
    <w:p>
      <w:r>
        <w:rPr>
          <w:b/>
          <w:sz w:val="20"/>
        </w:rPr>
        <w:t>Precio y Condiciones de Pago :</w:t>
      </w:r>
    </w:p>
    <w:p>
      <w:r>
        <w:rPr>
          <w:b w:val="0"/>
          <w:sz w:val="20"/>
        </w:rPr>
        <w:t>Precio total : _________________ EUR</w:t>
      </w:r>
    </w:p>
    <w:p>
      <w:r>
        <w:rPr>
          <w:b w:val="0"/>
          <w:sz w:val="20"/>
        </w:rPr>
        <w:t>Forma de pago : ________________________________________________________</w:t>
      </w:r>
    </w:p>
    <w:p/>
    <w:p>
      <w:r>
        <w:rPr>
          <w:b/>
          <w:sz w:val="20"/>
        </w:rPr>
        <w:t>Cláusula 1 – Objeto del contrato</w:t>
      </w:r>
    </w:p>
    <w:p>
      <w:r>
        <w:rPr>
          <w:b w:val="0"/>
          <w:sz w:val="20"/>
        </w:rPr>
        <w:t>El poderdante, en calidad de vendedor, otorga poder suficiente al apoderado para que, en su nombre y representación, realice la venta del bien descrito a continuación al comprador identificado, quien acepta la compraventa en los términos y condiciones establecidos en este contrato.</w:t>
      </w:r>
    </w:p>
    <w:p/>
    <w:p>
      <w:r>
        <w:rPr>
          <w:b/>
          <w:sz w:val="20"/>
        </w:rPr>
        <w:t>Cláusula 2 – Representación y poder notarial</w:t>
      </w:r>
    </w:p>
    <w:p>
      <w:r>
        <w:rPr>
          <w:b w:val="0"/>
          <w:sz w:val="20"/>
        </w:rPr>
        <w:t>El apoderado manifiesta que ostenta poder notarial suficiente para llevar a cabo la compraventa, el cual se adjunta como documento anexo y forma parte integrante de este contrato. El poderdante ratifica y confirma todas las actuaciones realizadas por el apoderado en virtud de dicho poder.</w:t>
      </w:r>
    </w:p>
    <w:p/>
    <w:p>
      <w:r>
        <w:rPr>
          <w:b/>
          <w:sz w:val="20"/>
        </w:rPr>
        <w:t>Cláusula 3 – Estado del bien</w:t>
      </w:r>
    </w:p>
    <w:p>
      <w:r>
        <w:rPr>
          <w:b w:val="0"/>
          <w:sz w:val="20"/>
        </w:rPr>
        <w:t>El comprador declara conocer y aceptar el estado actual del bien, renunciando a reclamaciones posteriores por vicios aparentes o defectos que pudieran apreciarse tras la firma del presente contrato, salvo aquellos ocultos que impliquen dolo o mala fe por parte del vendedor o apoderado.</w:t>
      </w:r>
    </w:p>
    <w:p/>
    <w:p>
      <w:r>
        <w:rPr>
          <w:b/>
          <w:sz w:val="20"/>
        </w:rPr>
        <w:t>Cláusula 4 – Transmisión de la propiedad</w:t>
      </w:r>
    </w:p>
    <w:p>
      <w:r>
        <w:rPr>
          <w:b w:val="0"/>
          <w:sz w:val="20"/>
        </w:rPr>
        <w:t>La propiedad del bien se transmitirá al comprador en el momento del pago íntegro del precio pactado y la firma del presente contrato. El apoderado entregará al comprador toda la documentación y elementos necesarios para la adecuada titularidad y uso del bien.</w:t>
      </w:r>
    </w:p>
    <w:p/>
    <w:p>
      <w:r>
        <w:rPr>
          <w:b/>
          <w:sz w:val="20"/>
        </w:rPr>
        <w:t>Cláusula 5 – Obligaciones de las partes</w:t>
      </w:r>
    </w:p>
    <w:p>
      <w:r>
        <w:rPr>
          <w:b w:val="0"/>
          <w:sz w:val="20"/>
        </w:rPr>
        <w:t>El apoderado se compromete a efectuar la transmisión del bien en los plazos y condiciones convenidos. El comprador se obliga a pagar el precio en la forma y plazo acordados, así como a realizar los trámites necesarios para la inscripción o anotación correspondiente, si procediere.</w:t>
      </w:r>
    </w:p>
    <w:p/>
    <w:p>
      <w:r>
        <w:rPr>
          <w:b/>
          <w:sz w:val="20"/>
        </w:rPr>
        <w:t>Cláusula 6 – Gastos y tributos</w:t>
      </w:r>
    </w:p>
    <w:p>
      <w:r>
        <w:rPr>
          <w:b w:val="0"/>
          <w:sz w:val="20"/>
        </w:rPr>
        <w:t>Serán por cuenta del comprador todos los gastos, tributos, tasas y honorarios derivados de la transmisión, incluyendo los costos notariales, registrales y cualquier otro gasto accesorio. El poderdante y apoderado no asumirán responsabilidad alguna por dichos gastos.</w:t>
      </w:r>
    </w:p>
    <w:p/>
    <w:p>
      <w:r>
        <w:rPr>
          <w:b/>
          <w:sz w:val="20"/>
        </w:rPr>
        <w:t>Cláusula 7 – Jurisdicción y ley aplicable</w:t>
      </w:r>
    </w:p>
    <w:p>
      <w:r>
        <w:rPr>
          <w:b w:val="0"/>
          <w:sz w:val="20"/>
        </w:rPr>
        <w:t>Este contrato se regirá e interpretará conforme a la legislación española. Para cualquier controversia que pudiera derivarse de la interpretación, cumplimiento o ejecución del presente contrato, las partes se someten expresamente a la jurisdicción de los juzgados y tribunales del lugar de residencia del comprador.</w:t>
      </w:r>
    </w:p>
    <w:p/>
    <w:p/>
    <w:p>
      <w:r>
        <w:rPr>
          <w:b w:val="0"/>
          <w:sz w:val="20"/>
        </w:rPr>
        <w:t>Lugar y fecha de la firma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VENDEDOR (PODERDANTE)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APODERADO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Nº Documento 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Nº Documento 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https://lex-mercantil.com/modelo-contrato-de-compraventa-con-poder-notarial/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contrato-de-compraventa-con-poder-notarial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