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CONTRATO PRIVADO DE EXTINCIÓN DE CONDOMINIO</w:t>
      </w:r>
    </w:p>
    <w:p/>
    <w:p>
      <w:r>
        <w:rPr>
          <w:b/>
          <w:sz w:val="20"/>
        </w:rPr>
        <w:t>REUNIDOS:</w:t>
      </w:r>
    </w:p>
    <w:p>
      <w:r>
        <w:rPr>
          <w:b w:val="0"/>
          <w:sz w:val="20"/>
        </w:rPr>
        <w:t>De una parte, D./Dña. _________________________________, mayor de edad, con domicilio en _________________________________ y con NIF _____________________.</w:t>
      </w:r>
    </w:p>
    <w:p/>
    <w:p>
      <w:r>
        <w:rPr>
          <w:b w:val="0"/>
          <w:sz w:val="20"/>
        </w:rPr>
        <w:t>Y de otra parte, D./Dña. _________________________________, mayor de edad, con domicilio en _________________________________ y con NIF _____________________.</w:t>
      </w:r>
    </w:p>
    <w:p/>
    <w:p>
      <w:r>
        <w:rPr>
          <w:b/>
          <w:sz w:val="20"/>
        </w:rPr>
        <w:t>EXPONEN:</w:t>
      </w:r>
    </w:p>
    <w:p>
      <w:r>
        <w:rPr>
          <w:b w:val="0"/>
          <w:sz w:val="20"/>
        </w:rPr>
        <w:t>I. Que los comparecientes son copropietarios del bien inmueble descrito a continuación, en régimen de condominio:</w:t>
      </w:r>
    </w:p>
    <w:p>
      <w:r>
        <w:rPr>
          <w:b w:val="0"/>
          <w:sz w:val="20"/>
        </w:rPr>
        <w:t>Descripción del inmueble: ________________________________________________________________</w:t>
      </w:r>
    </w:p>
    <w:p>
      <w:r>
        <w:rPr>
          <w:b w:val="0"/>
          <w:sz w:val="20"/>
        </w:rPr>
        <w:t>Referencia catastral: ________________________________________________________________</w:t>
      </w:r>
    </w:p>
    <w:p/>
    <w:p>
      <w:r>
        <w:rPr>
          <w:b w:val="0"/>
          <w:sz w:val="20"/>
        </w:rPr>
        <w:t>II. Que desean extinguir voluntariamente el condominio que existe sobre dicho inmueble, procediendo a la adjudicación del mismo conforme a las condiciones que se establecen en este contrato.</w:t>
      </w:r>
    </w:p>
    <w:p/>
    <w:p>
      <w:r>
        <w:rPr>
          <w:b/>
          <w:sz w:val="20"/>
        </w:rPr>
        <w:t>CLÁUSULAS</w:t>
      </w:r>
    </w:p>
    <w:p/>
    <w:p>
      <w:r>
        <w:rPr>
          <w:b/>
          <w:sz w:val="20"/>
        </w:rPr>
        <w:t>Primera. Objeto del contrato</w:t>
      </w:r>
    </w:p>
    <w:p>
      <w:r>
        <w:rPr>
          <w:b w:val="0"/>
          <w:sz w:val="20"/>
        </w:rPr>
        <w:t>Mediante el presente contrato, los comparecientes acuerdan extinguir el condominio existente sobre el inmueble descrito en la exposición de hechos, adjudicándolo en exclusiva a favor de D./Dña. ___________________________________.</w:t>
      </w:r>
    </w:p>
    <w:p/>
    <w:p>
      <w:r>
        <w:rPr>
          <w:b/>
          <w:sz w:val="20"/>
        </w:rPr>
        <w:t>Segunda. Adjudicación y valoración</w:t>
      </w:r>
    </w:p>
    <w:p>
      <w:r>
        <w:rPr>
          <w:b w:val="0"/>
          <w:sz w:val="20"/>
        </w:rPr>
        <w:t>Los copropietarios acuerdan que la adjudicación del inmueble se realiza en exclusiva a favor de D./Dña. ___________________________________, quien se obliga a abonar a los demás condóminos la cantidad de __________ euros en concepto de compensación por la extinción del condominio.</w:t>
      </w:r>
    </w:p>
    <w:p/>
    <w:p>
      <w:r>
        <w:rPr>
          <w:b/>
          <w:sz w:val="20"/>
        </w:rPr>
        <w:t>Tercera. Forma y plazo de pago</w:t>
      </w:r>
    </w:p>
    <w:p>
      <w:r>
        <w:rPr>
          <w:b w:val="0"/>
          <w:sz w:val="20"/>
        </w:rPr>
        <w:t>El pago de la compensación se efectuará en un solo pago dentro del plazo de ______ días desde la firma del presente contrato, mediante transferencia bancaria a la cuenta que designen los copropietarios restantes.</w:t>
      </w:r>
    </w:p>
    <w:p/>
    <w:p>
      <w:r>
        <w:rPr>
          <w:b/>
          <w:sz w:val="20"/>
        </w:rPr>
        <w:t>Cuarta. Transmisión de la propiedad y entrega</w:t>
      </w:r>
    </w:p>
    <w:p>
      <w:r>
        <w:rPr>
          <w:b w:val="0"/>
          <w:sz w:val="20"/>
        </w:rPr>
        <w:t>La propiedad del inmueble se transmitirá en el momento del pago íntegro de la compensación establecida. Los copropietarios restantes entregarán a D./Dña. ___________________________________ la posesión efectiva y libre de cargas del inmueble.</w:t>
      </w:r>
    </w:p>
    <w:p/>
    <w:p>
      <w:r>
        <w:rPr>
          <w:b/>
          <w:sz w:val="20"/>
        </w:rPr>
        <w:t>Quinta. Gastos e impuestos</w:t>
      </w:r>
    </w:p>
    <w:p>
      <w:r>
        <w:rPr>
          <w:b w:val="0"/>
          <w:sz w:val="20"/>
        </w:rPr>
        <w:t>Los gastos e impuestos derivados de la extinción del condominio y de la formalización del presente contrato y su inscripción registral serán por cuenta de D./Dña. ___________________________________, salvo los legalmente imputables a los demás copropietarios.</w:t>
      </w:r>
    </w:p>
    <w:p/>
    <w:p>
      <w:r>
        <w:rPr>
          <w:b/>
          <w:sz w:val="20"/>
        </w:rPr>
        <w:t>Sexta. Declaraciones y garantías</w:t>
      </w:r>
    </w:p>
    <w:p>
      <w:r>
        <w:rPr>
          <w:b w:val="0"/>
          <w:sz w:val="20"/>
        </w:rPr>
        <w:t>Los copropietarios declaran que el inmueble está libre de cargas, gravámenes o limitaciones que puedan afectar a la validez del presente contrato y se obligan a realizar cuantos actos sean necesarios para la formalización y registración del presente acuerdo.</w:t>
      </w:r>
    </w:p>
    <w:p/>
    <w:p>
      <w:r>
        <w:rPr>
          <w:b/>
          <w:sz w:val="20"/>
        </w:rPr>
        <w:t>Séptima. Jurisdicción y legislación aplicable</w:t>
      </w:r>
    </w:p>
    <w:p>
      <w:r>
        <w:rPr>
          <w:b w:val="0"/>
          <w:sz w:val="20"/>
        </w:rPr>
        <w:t>Para la interpretación y cumplimiento de este contrato, las partes se someten a la legislación española y a los Juzgados y Tribunales del domicilio del inmueble, renunciando a cualquier otro fuero que pudiera corresponderles.</w:t>
      </w:r>
    </w:p>
    <w:p/>
    <w:p/>
    <w:p>
      <w:r>
        <w:rPr>
          <w:b w:val="0"/>
          <w:sz w:val="20"/>
        </w:rPr>
        <w:t>Lugar y fecha de la firma: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COPROPIETARIO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COPROPIETARIO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https://lex-mercantil.com/modelo-contrato-privado-extincion-de-condominio/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contrato-privado-extincion-de-condominio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