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BUROFAX POR INCUMPLIMIENTO DE CONTRATO</w:t>
      </w:r>
    </w:p>
    <w:p/>
    <w:p>
      <w:r>
        <w:rPr>
          <w:b/>
          <w:sz w:val="20"/>
        </w:rPr>
        <w:t>Remitente: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DNI/NIE: 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</w:t>
      </w:r>
    </w:p>
    <w:p>
      <w:r>
        <w:rPr>
          <w:b w:val="0"/>
          <w:sz w:val="20"/>
        </w:rPr>
        <w:t>Teléfono: 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Nombre y Apellidos / Razón Social: ________________________________</w:t>
      </w:r>
    </w:p>
    <w:p>
      <w:r>
        <w:rPr>
          <w:b w:val="0"/>
          <w:sz w:val="20"/>
        </w:rPr>
        <w:t>DNI/NIE / CIF: ____________________________________________________</w:t>
      </w:r>
    </w:p>
    <w:p>
      <w:r>
        <w:rPr>
          <w:b w:val="0"/>
          <w:sz w:val="20"/>
        </w:rPr>
        <w:t>Dirección: ________________________________________________________</w:t>
      </w:r>
    </w:p>
    <w:p>
      <w:r>
        <w:rPr>
          <w:b w:val="0"/>
          <w:sz w:val="20"/>
        </w:rPr>
        <w:t>Teléfono: _________________________________________________________</w:t>
      </w:r>
    </w:p>
    <w:p/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Que con fecha ______________ se suscribió entre las partes un contrato por el cual el/a suscrito/a remitente se comprometía a ________________________________________________________________ y el destinatario a ________________________________________________________________.</w:t>
      </w:r>
    </w:p>
    <w:p>
      <w:r>
        <w:rPr>
          <w:b w:val="0"/>
          <w:sz w:val="20"/>
        </w:rPr>
        <w:t>Que el destinatario está incumpliendo sus obligaciones contractuales, concretamente ________________________________________________________________, lo que ha provocado ________________________________________________________________.</w:t>
      </w:r>
    </w:p>
    <w:p/>
    <w:p>
      <w:r>
        <w:rPr>
          <w:b/>
          <w:sz w:val="20"/>
        </w:rPr>
        <w:t>REQUIERE:</w:t>
      </w:r>
    </w:p>
    <w:p>
      <w:r>
        <w:rPr>
          <w:b w:val="0"/>
          <w:sz w:val="20"/>
        </w:rPr>
        <w:t>Que en un plazo máximo de ______________ días naturales a contar desde la recepción del presente burofax, proceda a cumplir con las obligaciones contraídas en el contrato, en especial ________________________________________________________________.</w:t>
      </w:r>
    </w:p>
    <w:p>
      <w:r>
        <w:rPr>
          <w:b w:val="0"/>
          <w:sz w:val="20"/>
        </w:rPr>
        <w:t>En caso contrario, se procederá a ejercitar las acciones legales pertinentes para la defensa de los derechos e intereses del remitente, sin perjuicio de reclamar los daños y perjuicios ocasionados por dicho incumplimiento.</w:t>
      </w:r>
    </w:p>
    <w:p/>
    <w:p>
      <w:r>
        <w:rPr>
          <w:b/>
          <w:sz w:val="20"/>
        </w:rPr>
        <w:t>ADVERTENCIAS:</w:t>
      </w:r>
    </w:p>
    <w:p>
      <w:r>
        <w:rPr>
          <w:b w:val="0"/>
          <w:sz w:val="20"/>
        </w:rPr>
        <w:t>Este burofax tiene carácter de requerimiento fehaciente, conforme a lo dispuesto en la legislación vigente, y podrá ser utilizado como prueba en procedimientos judiciales en los que se reclame el cumplimiento del contrato o la indemnización por daños y perjuicios.</w:t>
      </w:r>
    </w:p>
    <w:p>
      <w:r>
        <w:rPr>
          <w:b w:val="0"/>
          <w:sz w:val="20"/>
        </w:rPr>
        <w:t>Se aconseja conservar copia del presente burofax y el acuse de recibo que emita la empresa de mensajería.</w:t>
      </w:r>
    </w:p>
    <w:p/>
    <w:p/>
    <w:p>
      <w:r>
        <w:rPr>
          <w:b w:val="0"/>
          <w:sz w:val="20"/>
        </w:rPr>
        <w:t>Lugar: _______________________________________</w:t>
      </w:r>
    </w:p>
    <w:p>
      <w:r>
        <w:rPr>
          <w:b w:val="0"/>
          <w:sz w:val="20"/>
        </w:rPr>
        <w:t>Firma: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Remitente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https://lex-mercantil.com/modelo-de-burofax-por-incumplimiento-de-contrato/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burofax-por-incumplimiento-de-contrato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