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SOLICITUD DE AYUDA</w:t>
      </w:r>
    </w:p>
    <w:p/>
    <w:p/>
    <w:p>
      <w:r>
        <w:rPr>
          <w:b/>
          <w:sz w:val="20"/>
        </w:rPr>
        <w:t xml:space="preserve">A la atención de : </w:t>
      </w:r>
    </w:p>
    <w:p>
      <w:r>
        <w:rPr>
          <w:b w:val="0"/>
          <w:sz w:val="20"/>
        </w:rPr>
        <w:t>Nombre de la entidad o persona responsable de la ayuda</w:t>
      </w:r>
    </w:p>
    <w:p>
      <w:r>
        <w:rPr>
          <w:b w:val="0"/>
          <w:sz w:val="20"/>
        </w:rPr>
        <w:t>Dirección</w:t>
      </w:r>
    </w:p>
    <w:p>
      <w:r>
        <w:rPr>
          <w:b w:val="0"/>
          <w:sz w:val="20"/>
        </w:rPr>
        <w:t>Código postal – Ciudad</w:t>
      </w:r>
    </w:p>
    <w:p/>
    <w:p/>
    <w:p>
      <w:r>
        <w:rPr>
          <w:b/>
          <w:sz w:val="20"/>
        </w:rPr>
        <w:t xml:space="preserve">De : </w:t>
      </w:r>
    </w:p>
    <w:p>
      <w:r>
        <w:rPr>
          <w:b w:val="0"/>
          <w:sz w:val="20"/>
        </w:rPr>
        <w:t>Nombre y apellidos</w:t>
      </w:r>
    </w:p>
    <w:p>
      <w:r>
        <w:rPr>
          <w:b w:val="0"/>
          <w:sz w:val="20"/>
        </w:rPr>
        <w:t>DNI/NIE/Pasaporte</w:t>
      </w:r>
    </w:p>
    <w:p>
      <w:r>
        <w:rPr>
          <w:b w:val="0"/>
          <w:sz w:val="20"/>
        </w:rPr>
        <w:t>Dirección</w:t>
      </w:r>
    </w:p>
    <w:p>
      <w:r>
        <w:rPr>
          <w:b w:val="0"/>
          <w:sz w:val="20"/>
        </w:rPr>
        <w:t>Código postal – Ciudad</w:t>
      </w:r>
    </w:p>
    <w:p>
      <w:r>
        <w:rPr>
          <w:b w:val="0"/>
          <w:sz w:val="20"/>
        </w:rPr>
        <w:t>Teléfono</w:t>
      </w:r>
    </w:p>
    <w:p>
      <w:r>
        <w:rPr>
          <w:b w:val="0"/>
          <w:sz w:val="20"/>
        </w:rPr>
        <w:t>Correo electrónico</w:t>
      </w:r>
    </w:p>
    <w:p/>
    <w:p/>
    <w:p>
      <w:r>
        <w:rPr>
          <w:b/>
          <w:sz w:val="20"/>
        </w:rPr>
        <w:t>Asunto: Solicitud de ayuda</w:t>
      </w:r>
    </w:p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medio de la presente, me dirijo a ustedes con el fin de solicitar la ayuda que su entidad ofrece y que se ajusta a mi situación actual.</w:t>
      </w:r>
    </w:p>
    <w:p>
      <w:r>
        <w:rPr>
          <w:b w:val="0"/>
          <w:sz w:val="20"/>
        </w:rPr>
        <w:t>A continuación, expongo los motivos que fundamentan esta solicitud, así como los datos relevantes para su valoración:</w:t>
      </w:r>
    </w:p>
    <w:p/>
    <w:p>
      <w:r>
        <w:rPr>
          <w:b/>
          <w:sz w:val="20"/>
        </w:rPr>
        <w:t>1. Situación personal y/o familiar:</w:t>
      </w:r>
    </w:p>
    <w:p>
      <w:r>
        <w:rPr>
          <w:b w:val="0"/>
          <w:sz w:val="20"/>
        </w:rPr>
        <w:t>Describir brevemente la situación personal, familiar o económica que justifica la petición de ayuda.</w:t>
      </w:r>
    </w:p>
    <w:p>
      <w:r>
        <w:rPr>
          <w:b/>
          <w:sz w:val="20"/>
        </w:rPr>
        <w:t>2. Necesidades a cubrir:</w:t>
      </w:r>
    </w:p>
    <w:p>
      <w:r>
        <w:rPr>
          <w:b w:val="0"/>
          <w:sz w:val="20"/>
        </w:rPr>
        <w:t>Detallar las necesidades concretas para las que se solicita la ayuda (vivienda, alimentación, educación, etc.).</w:t>
      </w:r>
    </w:p>
    <w:p>
      <w:r>
        <w:rPr>
          <w:b/>
          <w:sz w:val="20"/>
        </w:rPr>
        <w:t>3. Documentación aportada:</w:t>
      </w:r>
    </w:p>
    <w:p>
      <w:r>
        <w:rPr>
          <w:b w:val="0"/>
          <w:sz w:val="20"/>
        </w:rPr>
        <w:t>Indicar los documentos que se adjuntan para acreditar los datos y justificar la solicitud (certificados, informes, etc.).</w:t>
      </w:r>
    </w:p>
    <w:p/>
    <w:p>
      <w:r>
        <w:rPr>
          <w:b w:val="0"/>
          <w:sz w:val="20"/>
        </w:rPr>
        <w:t>Por todo lo expuesto, y conforme a la normativa vigente, solicito que tengan a bien conceder la ayuda requerida.</w:t>
      </w:r>
    </w:p>
    <w:p>
      <w:r>
        <w:rPr>
          <w:b w:val="0"/>
          <w:sz w:val="20"/>
        </w:rPr>
        <w:t>Quedo a su disposición para facilitar cualquier información o documentación adicional que consideren necesaria.</w:t>
      </w:r>
    </w:p>
    <w:p/>
    <w:p>
      <w:r>
        <w:rPr>
          <w:b w:val="0"/>
          <w:sz w:val="20"/>
        </w:rPr>
        <w:t>Sin otro particular, les saludo atentamente,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</w:tbl>
    <w:p/>
    <w:p/>
    <w:p>
      <w:r>
        <w:rPr>
          <w:b w:val="0"/>
          <w:sz w:val="20"/>
        </w:rPr>
        <w:t>Lugar : ___________________________________________</w:t>
      </w:r>
    </w:p>
    <w:p>
      <w:r>
        <w:rPr>
          <w:b w:val="0"/>
          <w:sz w:val="20"/>
        </w:rPr>
        <w:t>Fecha : ___________________________________________</w:t>
      </w:r>
    </w:p>
    <w:p/>
    <w:p/>
    <w:p>
      <w:pPr>
        <w:jc w:val="center"/>
      </w:pPr>
      <w:r>
        <w:rPr>
          <w:b w:val="0"/>
          <w:sz w:val="20"/>
        </w:rPr>
        <w:t>NOTA: Esta carta es un modelo orientativo y debe adaptarse a las circunstancias concretas de cada solicitante.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https://lex-mercantil.com/modelo-de-carta-de-solicitud-de-ayuda/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carta-de-solicitud-de-ayud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