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PARA DAR DE BAJA UN SERVICIO</w:t>
      </w:r>
    </w:p>
    <w:p/>
    <w:p>
      <w:r>
        <w:rPr>
          <w:b/>
          <w:sz w:val="20"/>
        </w:rPr>
        <w:t>Nombre y Apellidos / Razón Social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DNI / CIF : ____________________________________________________</w:t>
      </w:r>
    </w:p>
    <w:p>
      <w:r>
        <w:rPr>
          <w:b w:val="0"/>
          <w:sz w:val="20"/>
        </w:rPr>
        <w:t>Dirección : ____________________________________________________</w:t>
      </w:r>
    </w:p>
    <w:p>
      <w:r>
        <w:rPr>
          <w:b w:val="0"/>
          <w:sz w:val="20"/>
        </w:rPr>
        <w:t>Teléfono : _____________________________________________________</w:t>
      </w:r>
    </w:p>
    <w:p/>
    <w:p>
      <w:r>
        <w:rPr>
          <w:b/>
          <w:sz w:val="20"/>
        </w:rPr>
        <w:t>Empresa prestadora del servicio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Departamento de Atención al Cliente / Baja : _________________</w:t>
      </w:r>
    </w:p>
    <w:p>
      <w:r>
        <w:rPr>
          <w:b w:val="0"/>
          <w:sz w:val="20"/>
        </w:rPr>
        <w:t>Dirección : ____________________________________________________</w:t>
      </w:r>
    </w:p>
    <w:p>
      <w:r>
        <w:rPr>
          <w:b w:val="0"/>
          <w:sz w:val="20"/>
        </w:rPr>
        <w:t>Teléfono / Fax : _______________________________________________</w:t>
      </w:r>
    </w:p>
    <w:p/>
    <w:p>
      <w:r>
        <w:rPr>
          <w:b/>
          <w:sz w:val="20"/>
        </w:rPr>
        <w:t>Asunto :</w:t>
      </w:r>
    </w:p>
    <w:p>
      <w:r>
        <w:rPr>
          <w:b w:val="0"/>
          <w:sz w:val="20"/>
        </w:rPr>
        <w:t>Solicitud de baja del servicio contratado</w:t>
      </w:r>
    </w:p>
    <w:p/>
    <w:p>
      <w:r>
        <w:rPr>
          <w:b/>
          <w:sz w:val="20"/>
        </w:rPr>
        <w:t>Estimados señores:</w:t>
      </w:r>
    </w:p>
    <w:p>
      <w:r>
        <w:rPr>
          <w:b w:val="0"/>
          <w:sz w:val="20"/>
        </w:rPr>
        <w:t>Por la presente, y en base a lo establecido en la normativa vigente, solicito formalmente la baja del servicio contratado con su empresa, cuyos datos se detallan a continuación, sin necesidad de justificación adicional.</w:t>
      </w:r>
    </w:p>
    <w:p/>
    <w:p>
      <w:r>
        <w:rPr>
          <w:b/>
          <w:sz w:val="20"/>
        </w:rPr>
        <w:t>Datos del servicio a dar de baja :</w:t>
      </w:r>
    </w:p>
    <w:p>
      <w:r>
        <w:rPr>
          <w:b w:val="0"/>
          <w:sz w:val="20"/>
        </w:rPr>
        <w:t>Tipo de servicio : ________________________________________________</w:t>
      </w:r>
    </w:p>
    <w:p>
      <w:r>
        <w:rPr>
          <w:b w:val="0"/>
          <w:sz w:val="20"/>
        </w:rPr>
        <w:t>Número de cliente / contrato : ___________________________________</w:t>
      </w:r>
    </w:p>
    <w:p/>
    <w:p>
      <w:r>
        <w:rPr>
          <w:b w:val="0"/>
          <w:sz w:val="20"/>
        </w:rPr>
        <w:t>Ruego procedan a realizar la baja del servicio con efecto inmediato, quedando exento/a de cualquier obligación de pago a partir de esta fecha. Asimismo, solicito que se me remita un documento que acredite la baja y la fecha de efectividad de la misma.</w:t>
      </w:r>
    </w:p>
    <w:p/>
    <w:p>
      <w:r>
        <w:rPr>
          <w:b w:val="0"/>
          <w:sz w:val="20"/>
        </w:rPr>
        <w:t>Para la devolución de equipos, en caso de corresponder, indíquenme el procedimiento a seguir a la mayor brevedad posible.</w:t>
      </w:r>
    </w:p>
    <w:p/>
    <w:p>
      <w:r>
        <w:rPr>
          <w:b w:val="0"/>
          <w:sz w:val="20"/>
        </w:rPr>
        <w:t>Sin otro particular, y agradeciendo su gestión, quedo a la espera de confirmación.</w:t>
      </w:r>
    </w:p>
    <w:p/>
    <w:p/>
    <w:p>
      <w:r>
        <w:rPr>
          <w:b w:val="0"/>
          <w:sz w:val="20"/>
        </w:rPr>
        <w:t>Atentamente,</w:t>
      </w:r>
    </w:p>
    <w:p/>
    <w:p/>
    <w:p/>
    <w:p>
      <w:r>
        <w:rPr>
          <w:b w:val="0"/>
          <w:sz w:val="20"/>
        </w:rPr>
        <w:t>Firma : ________________________________</w:t>
      </w:r>
    </w:p>
    <w:p/>
    <w:p/>
    <w:p>
      <w:r>
        <w:rPr>
          <w:b w:val="0"/>
          <w:sz w:val="20"/>
        </w:rPr>
        <w:t>Nombre completo : ______________________</w:t>
      </w:r>
    </w:p>
    <w:p>
      <w:r>
        <w:rPr>
          <w:b w:val="0"/>
          <w:sz w:val="20"/>
        </w:rPr>
        <w:t>DNI / CIF : ____________________________</w:t>
      </w:r>
    </w:p>
    <w:p/>
    <w:p/>
    <w:p>
      <w:r>
        <w:rPr>
          <w:b w:val="0"/>
          <w:sz w:val="20"/>
        </w:rPr>
        <w:t>Lugar y fecha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Remitente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Empresa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https://lex-mercantil.com/modelo-de-carta-para-dar-de-baja-un-servicio/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carta-para-dar-de-baja-un-servici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