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PARA EL ENVÍO DE DOCUMENTOS ADJUNTOS</w:t>
      </w:r>
    </w:p>
    <w:p/>
    <w:p/>
    <w:p>
      <w:r>
        <w:rPr>
          <w:b/>
          <w:sz w:val="20"/>
        </w:rPr>
        <w:t>Remitente:</w:t>
      </w:r>
    </w:p>
    <w:p>
      <w:r>
        <w:rPr>
          <w:b w:val="0"/>
          <w:sz w:val="20"/>
        </w:rPr>
        <w:t>Nombre y Apellidos: _______________________________________________</w:t>
      </w:r>
    </w:p>
    <w:p>
      <w:r>
        <w:rPr>
          <w:b w:val="0"/>
          <w:sz w:val="20"/>
        </w:rPr>
        <w:t>Dirección: _______________________________________________________</w:t>
      </w:r>
    </w:p>
    <w:p>
      <w:r>
        <w:rPr>
          <w:b w:val="0"/>
          <w:sz w:val="20"/>
        </w:rPr>
        <w:t>Teléfono: ________________________________________________________</w:t>
      </w:r>
    </w:p>
    <w:p>
      <w:r>
        <w:rPr>
          <w:b w:val="0"/>
          <w:sz w:val="20"/>
        </w:rPr>
        <w:t>Correo electrónico: _______________________________________________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Nombre o entidad: ________________________________________________</w:t>
      </w:r>
    </w:p>
    <w:p>
      <w:r>
        <w:rPr>
          <w:b w:val="0"/>
          <w:sz w:val="20"/>
        </w:rPr>
        <w:t>Dirección: _______________________________________________________</w:t>
      </w:r>
    </w:p>
    <w:p/>
    <w:p/>
    <w:p>
      <w:r>
        <w:rPr>
          <w:b/>
          <w:sz w:val="20"/>
        </w:rPr>
        <w:t>Asunto:</w:t>
      </w:r>
    </w:p>
    <w:p>
      <w:r>
        <w:rPr>
          <w:b w:val="0"/>
          <w:sz w:val="20"/>
        </w:rPr>
        <w:t>Envío de documentos adjuntos</w:t>
      </w:r>
    </w:p>
    <w:p/>
    <w:p/>
    <w:p>
      <w:r>
        <w:rPr>
          <w:b w:val="0"/>
          <w:sz w:val="20"/>
        </w:rPr>
        <w:t>Estimado/a señor/a:</w:t>
      </w:r>
    </w:p>
    <w:p/>
    <w:p>
      <w:r>
        <w:rPr>
          <w:b w:val="0"/>
          <w:sz w:val="20"/>
        </w:rPr>
        <w:t>Por medio de la presente, y en cumplimiento de lo acordado, le remito adjuntos los documentos requeridos para su revisión y tramitación correspondientes al asunto tratado.</w:t>
      </w:r>
    </w:p>
    <w:p/>
    <w:p>
      <w:r>
        <w:rPr>
          <w:b w:val="0"/>
          <w:sz w:val="20"/>
        </w:rPr>
        <w:t>Le ruego confirme la recepción de los mismos y quedo a su disposición para cualquier aclaración o información adicional que precise.</w:t>
      </w:r>
    </w:p>
    <w:p/>
    <w:p>
      <w:r>
        <w:rPr>
          <w:b w:val="0"/>
          <w:sz w:val="20"/>
        </w:rPr>
        <w:t>Sin otro particular, reciba un cordial saludo.</w:t>
      </w:r>
    </w:p>
    <w:p/>
    <w:p/>
    <w:p/>
    <w:p>
      <w:r>
        <w:rPr>
          <w:b w:val="0"/>
          <w:sz w:val="20"/>
        </w:rPr>
        <w:t>Atentamente,</w:t>
      </w:r>
    </w:p>
    <w:p/>
    <w:p/>
    <w:p/>
    <w:p/>
    <w:p>
      <w:r>
        <w:rPr>
          <w:b w:val="0"/>
          <w:sz w:val="20"/>
        </w:rPr>
        <w:t>Nombre y Apellidos: _______________________________________________</w:t>
      </w:r>
    </w:p>
    <w:p>
      <w:r>
        <w:rPr>
          <w:b w:val="0"/>
          <w:sz w:val="20"/>
        </w:rPr>
        <w:t>Firma: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DOCUMENTOS ADJUNTOS: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1. Documento 1: _______________________________________________________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2. Documento 2: _______________________________________________________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3. Documento 3: 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https://lex-mercantil.com/modelo-de-carta-para-enviar-documentos-adjuntos/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carta-para-enviar-documentos-adjunto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