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CARTA PARA SOLICITAR DONACIONES A EMPRESAS</w:t>
      </w:r>
    </w:p>
    <w:p/>
    <w:p/>
    <w:p>
      <w:r>
        <w:rPr>
          <w:b/>
          <w:sz w:val="20"/>
        </w:rPr>
        <w:t>A la atención del Departamento de Responsabilidad Social Corporativa</w:t>
      </w:r>
    </w:p>
    <w:p>
      <w:r>
        <w:rPr>
          <w:b w:val="0"/>
          <w:sz w:val="20"/>
        </w:rPr>
        <w:t>Nombre de la empresa: ________________________________________________</w:t>
      </w:r>
    </w:p>
    <w:p>
      <w:r>
        <w:rPr>
          <w:b w:val="0"/>
          <w:sz w:val="20"/>
        </w:rPr>
        <w:t>Dirección: ___________________________________________________________</w:t>
      </w:r>
    </w:p>
    <w:p>
      <w:r>
        <w:rPr>
          <w:b w:val="0"/>
          <w:sz w:val="20"/>
        </w:rPr>
        <w:t>Ciudad: ______________________________________________________________</w:t>
      </w:r>
    </w:p>
    <w:p/>
    <w:p/>
    <w:p>
      <w:r>
        <w:rPr>
          <w:b w:val="0"/>
          <w:sz w:val="20"/>
        </w:rPr>
        <w:t>Estimados señores,</w:t>
      </w:r>
    </w:p>
    <w:p/>
    <w:p>
      <w:r>
        <w:rPr>
          <w:b w:val="0"/>
          <w:sz w:val="20"/>
        </w:rPr>
        <w:t>Me dirijo a ustedes en representación de ____________________________________________________, una entidad sin ánimo de lucro que desarrolla actividades orientadas a _____________________________. El objetivo de nuestra organización es contribuir a _____________________________, promoviendo la mejora y el bienestar de nuestra comunidad.</w:t>
      </w:r>
    </w:p>
    <w:p/>
    <w:p>
      <w:r>
        <w:rPr>
          <w:b w:val="0"/>
          <w:sz w:val="20"/>
        </w:rPr>
        <w:t>Con el fin de poder continuar con nuestros proyectos y alcanzar los objetivos planteados, les solicitamos amablemente su colaboración mediante una donación económica o en especie, que será destinada exclusivamente a ___________________________________________________________. Su aportación supondría un valioso apoyo para garantizar la viabilidad y el éxito de nuestras iniciativas.</w:t>
      </w:r>
    </w:p>
    <w:p/>
    <w:p>
      <w:r>
        <w:rPr>
          <w:b w:val="0"/>
          <w:sz w:val="20"/>
        </w:rPr>
        <w:t>Entendemos que la responsabilidad social corporativa es un compromiso fundamental para las empresas, y su colaboración no solo contribuirá a mejorar la sociedad, sino que también reforzará su imagen y compromiso social ante clientes y empleados.</w:t>
      </w:r>
    </w:p>
    <w:p/>
    <w:p>
      <w:r>
        <w:rPr>
          <w:b w:val="0"/>
          <w:sz w:val="20"/>
        </w:rPr>
        <w:t>Quedamos a su disposición para facilitar cualquier información adicional que precisen, así como para concertar una reunión en la que podamos explicarles en detalle nuestros proyectos y la forma en que su empresa puede colaborar con nosotros.</w:t>
      </w:r>
    </w:p>
    <w:p/>
    <w:p>
      <w:r>
        <w:rPr>
          <w:b w:val="0"/>
          <w:sz w:val="20"/>
        </w:rPr>
        <w:t>Agradeciendo de antemano su atención y generosidad, les saludamos atentamente,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Nombre y Apellidos del representante: _______________________________________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Cargo en la entidad: _______________________________________________________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Teléfono / Email de contacto: _______________________________________________</w:t>
            </w:r>
          </w:p>
        </w:tc>
      </w:tr>
    </w:tbl>
    <w:p/>
    <w:p/>
    <w:p>
      <w:r>
        <w:rPr>
          <w:b w:val="0"/>
          <w:sz w:val="20"/>
        </w:rPr>
        <w:t>Entidad declarada de utilidad pública, registrada en el Ministerio del Interior con número ______________.</w:t>
      </w:r>
    </w:p>
    <w:p>
      <w:r>
        <w:rPr>
          <w:b w:val="0"/>
          <w:sz w:val="20"/>
        </w:rPr>
        <w:t>Número de CIF: 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https://lex-mercantil.com/modelo-de-carta-para-pedir-donaciones-a-empresas/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de-carta-para-pedir-donaciones-a-empresas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