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PARA SOLICITAR AUMENTO DE HONORARIOS PROFESIONALES</w:t>
      </w:r>
    </w:p>
    <w:p/>
    <w:p/>
    <w:p>
      <w:r>
        <w:rPr>
          <w:b/>
          <w:sz w:val="20"/>
        </w:rPr>
        <w:t>A/A: ___________________________________________</w:t>
      </w:r>
    </w:p>
    <w:p>
      <w:r>
        <w:rPr>
          <w:b w:val="0"/>
          <w:sz w:val="20"/>
        </w:rPr>
        <w:t>Cargo: __________________________________________</w:t>
      </w:r>
    </w:p>
    <w:p>
      <w:r>
        <w:rPr>
          <w:b w:val="0"/>
          <w:sz w:val="20"/>
        </w:rPr>
        <w:t>Empresa / Despacho: ______________________________</w:t>
      </w:r>
    </w:p>
    <w:p/>
    <w:p/>
    <w:p>
      <w:r>
        <w:rPr>
          <w:b w:val="0"/>
          <w:sz w:val="20"/>
        </w:rPr>
        <w:t>Estimado/a Sr./Sra.:</w:t>
      </w:r>
    </w:p>
    <w:p/>
    <w:p>
      <w:r>
        <w:rPr>
          <w:b w:val="0"/>
          <w:sz w:val="20"/>
        </w:rPr>
        <w:t>Por medio de la presente, me dirijo a usted en calidad de profesional que presta servicios en esta entidad, con la finalidad de solicitar formalmente una revisión y actualización de mis honorarios profesionales.</w:t>
      </w:r>
    </w:p>
    <w:p/>
    <w:p>
      <w:r>
        <w:rPr>
          <w:b w:val="0"/>
          <w:sz w:val="20"/>
        </w:rPr>
        <w:t>Esta petición se fundamenta en la necesidad de adecuar la remuneración a las condiciones actuales del mercado, la mayor complejidad de los servicios prestados y el compromiso demostrado en el desempeño de mis funciones, cumpliendo con los estándares de calidad y eficiencia que caracterizan mi labor.</w:t>
      </w:r>
    </w:p>
    <w:p/>
    <w:p>
      <w:r>
        <w:rPr>
          <w:b w:val="0"/>
          <w:sz w:val="20"/>
        </w:rPr>
        <w:t>En virtud de lo anterior, solicito que se considere un aumento de mis honorarios profesionales, estableciendo una nueva cuantía que refleje adecuadamente el valor y dedicación aportados.</w:t>
      </w:r>
    </w:p>
    <w:p/>
    <w:p>
      <w:r>
        <w:rPr>
          <w:b w:val="0"/>
          <w:sz w:val="20"/>
        </w:rPr>
        <w:t>Quedo a su disposición para mantener una reunión o cualquier tipo de comunicación que permita analizar esta solicitud de manera detallada y buscar un acuerdo satisfactorio para ambas partes.</w:t>
      </w:r>
    </w:p>
    <w:p/>
    <w:p>
      <w:r>
        <w:rPr>
          <w:b w:val="0"/>
          <w:sz w:val="20"/>
        </w:rPr>
        <w:t>Agradeciendo de antemano la atención prestada a esta solicitud, aprovecho la ocasión para enviar un cordial saludo.</w:t>
      </w:r>
    </w:p>
    <w:p/>
    <w:p/>
    <w:p>
      <w:r>
        <w:rPr>
          <w:b w:val="0"/>
          <w:sz w:val="20"/>
        </w:rPr>
        <w:t>Atentamente,</w:t>
      </w:r>
    </w:p>
    <w:p/>
    <w:p/>
    <w:p/>
    <w:p/>
    <w:p>
      <w:r>
        <w:rPr>
          <w:b w:val="0"/>
          <w:sz w:val="20"/>
        </w:rPr>
        <w:t>Nombre y Apellidos : ______________________________________________</w:t>
      </w:r>
    </w:p>
    <w:p>
      <w:r>
        <w:rPr>
          <w:b w:val="0"/>
          <w:sz w:val="20"/>
        </w:rPr>
        <w:t>DNI/NIE : _________________________________________________________</w:t>
      </w:r>
    </w:p>
    <w:p>
      <w:r>
        <w:rPr>
          <w:b w:val="0"/>
          <w:sz w:val="20"/>
        </w:rPr>
        <w:t>Firma 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Lugar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Fecha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https://lex-mercantil.com/modelo-de-carta-para-solicitar-aumento-de-honorarios-profesionales/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-carta-para-solicitar-aumento-de-honorarios-profesionales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