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PASE DE UN JUGADOR A OTRO CLUB</w:t>
      </w:r>
    </w:p>
    <w:p/>
    <w:p>
      <w:r>
        <w:rPr>
          <w:b/>
          <w:sz w:val="20"/>
        </w:rPr>
        <w:t>Club Cedente :</w:t>
      </w:r>
    </w:p>
    <w:p>
      <w:r>
        <w:rPr>
          <w:b w:val="0"/>
          <w:sz w:val="20"/>
        </w:rPr>
        <w:t>Nombre : 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Club Receptor :</w:t>
      </w:r>
    </w:p>
    <w:p>
      <w:r>
        <w:rPr>
          <w:b w:val="0"/>
          <w:sz w:val="20"/>
        </w:rPr>
        <w:t>Nombre : 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Jugador :</w:t>
      </w:r>
    </w:p>
    <w:p>
      <w:r>
        <w:rPr>
          <w:b w:val="0"/>
          <w:sz w:val="20"/>
        </w:rPr>
        <w:t>Nombre completo : ______________________________________________________</w:t>
      </w:r>
    </w:p>
    <w:p>
      <w:r>
        <w:rPr>
          <w:b w:val="0"/>
          <w:sz w:val="20"/>
        </w:rPr>
        <w:t>DNI/NIE/Pasaporte : _________________________________________________</w:t>
      </w:r>
    </w:p>
    <w:p>
      <w:r>
        <w:rPr>
          <w:b w:val="0"/>
          <w:sz w:val="20"/>
        </w:rPr>
        <w:t>Fecha de nacimiento : ________________________________________________</w:t>
      </w:r>
    </w:p>
    <w:p>
      <w:r>
        <w:rPr>
          <w:b w:val="0"/>
          <w:sz w:val="20"/>
        </w:rPr>
        <w:t>Posición : ____________________________________________________________</w:t>
      </w:r>
    </w:p>
    <w:p>
      <w:r>
        <w:rPr>
          <w:b w:val="0"/>
          <w:sz w:val="20"/>
        </w:rPr>
        <w:t>Número de licencia federativa : ________________________________________</w:t>
      </w:r>
    </w:p>
    <w:p/>
    <w:p>
      <w:r>
        <w:rPr>
          <w:b w:val="0"/>
          <w:sz w:val="20"/>
        </w:rPr>
        <w:t>Por la presente, el Club Cedente, representado por su presidente, cede al Club Receptor los derechos deportivos y federativos del jugador anteriormente identificado, para su incorporación y participación en competiciones oficiales bajo la inscripción del Club Receptor.</w:t>
      </w:r>
    </w:p>
    <w:p/>
    <w:p>
      <w:r>
        <w:rPr>
          <w:b w:val="0"/>
          <w:sz w:val="20"/>
        </w:rPr>
        <w:t>Ambas partes acuerdan que este pase se realiza conforme a la normativa vigente de la Real Federación Española de Fútbol y demás organismos competentes, y que el jugador ha sido informado y presta su consentimiento para dicha transferencia.</w:t>
      </w:r>
    </w:p>
    <w:p/>
    <w:p>
      <w:r>
        <w:rPr>
          <w:b w:val="0"/>
          <w:sz w:val="20"/>
        </w:rPr>
        <w:t>El Club Cedente declara que el jugador se encuentra al corriente de todas sus obligaciones contractuales y disciplinarias, y que no existen cargas, litigios o impedimentos que puedan afectar a la validez de esta cesión.</w:t>
      </w:r>
    </w:p>
    <w:p/>
    <w:p>
      <w:r>
        <w:rPr>
          <w:b w:val="0"/>
          <w:sz w:val="20"/>
        </w:rPr>
        <w:t>El Club Receptor se compromete a cumplir con las condiciones establecidas en la normativa federativa para la inscripción y participación del jugador, así como con el pago y compensaciones que pudieran derivarse, conforme a lo acordado entre las partes, aunque no se reflejen en esta carta.</w:t>
      </w:r>
    </w:p>
    <w:p/>
    <w:p>
      <w:r>
        <w:rPr>
          <w:b w:val="0"/>
          <w:sz w:val="20"/>
        </w:rPr>
        <w:t>Con la firma de esta carta, ambas partes manifiestan su conformidad y acuerdan remitir la documentación necesaria a los órganos federativos para la formalización del pase.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Club Cedente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Club Receptor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 : __________________________</w:t>
            </w:r>
          </w:p>
        </w:tc>
      </w:tr>
    </w:tbl>
    <w:p/>
    <w:p/>
    <w:p>
      <w:r>
        <w:rPr>
          <w:b w:val="0"/>
          <w:sz w:val="20"/>
        </w:rPr>
        <w:t>Lugar de la firma : _____________________________________________</w:t>
      </w:r>
    </w:p>
    <w:p/>
    <w:p>
      <w:r>
        <w:rPr>
          <w:b w:val="0"/>
          <w:sz w:val="20"/>
        </w:rPr>
        <w:t>Fecha de la firma : 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https://lex-mercantil.com/modelo-de-carta-pase-de-un-jugador-a-otro-club/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carta-pase-de-un-jugador-a-otro-club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