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MODELO DE CARTA POR INCUMPLIMIENTO DE CONTRATO</w:t>
      </w:r>
    </w:p>
    <w:p/>
    <w:p/>
    <w:p>
      <w:r>
        <w:rPr>
          <w:b w:val="0"/>
          <w:sz w:val="20"/>
        </w:rPr>
        <w:t>Lugar: ____________________________________________</w:t>
      </w:r>
    </w:p>
    <w:p>
      <w:r>
        <w:rPr>
          <w:b w:val="0"/>
          <w:sz w:val="20"/>
        </w:rPr>
        <w:t>Destinatario:</w:t>
      </w:r>
    </w:p>
    <w:p>
      <w:r>
        <w:rPr>
          <w:b w:val="0"/>
          <w:sz w:val="20"/>
        </w:rPr>
        <w:t>Nombre/Razón social: _______________________________________________</w:t>
      </w:r>
    </w:p>
    <w:p>
      <w:r>
        <w:rPr>
          <w:b w:val="0"/>
          <w:sz w:val="20"/>
        </w:rPr>
        <w:t>DNI/NIF/CIF: ________________________________________________________</w:t>
      </w:r>
    </w:p>
    <w:p>
      <w:r>
        <w:rPr>
          <w:b w:val="0"/>
          <w:sz w:val="20"/>
        </w:rPr>
        <w:t>Dirección: __________________________________________________________</w:t>
      </w:r>
    </w:p>
    <w:p>
      <w:r>
        <w:rPr>
          <w:b w:val="0"/>
          <w:sz w:val="20"/>
        </w:rPr>
        <w:t>CP y Localidad: _____________________________________________________</w:t>
      </w:r>
    </w:p>
    <w:p/>
    <w:p/>
    <w:p>
      <w:r>
        <w:rPr>
          <w:b w:val="0"/>
          <w:sz w:val="20"/>
        </w:rPr>
        <w:t>Estimado/a Sr./Sra.,</w:t>
      </w:r>
    </w:p>
    <w:p/>
    <w:p>
      <w:r>
        <w:rPr>
          <w:b w:val="0"/>
          <w:sz w:val="20"/>
        </w:rPr>
        <w:t>Por medio de la presente y en mi calidad de parte contratante en el contrato suscrito con usted, me dirijo a usted para poner en su conocimiento el incumplimiento de las obligaciones pactadas en dicho contrato.</w:t>
      </w:r>
    </w:p>
    <w:p/>
    <w:p>
      <w:r>
        <w:rPr>
          <w:b w:val="0"/>
          <w:sz w:val="20"/>
        </w:rPr>
        <w:t>De conformidad con lo establecido en el artículo 1124 y siguientes del Código Civil, y atendiendo a las cláusulas contractuales vigentes, se le requiere formalmente para que proceda a subsanar el incumplimiento detectado a la mayor brevedad posible.</w:t>
      </w:r>
    </w:p>
    <w:p/>
    <w:p>
      <w:r>
        <w:rPr>
          <w:b/>
          <w:sz w:val="20"/>
        </w:rPr>
        <w:t>El incumplimiento consiste en:</w:t>
      </w:r>
    </w:p>
    <w:p>
      <w:r>
        <w:rPr>
          <w:b w:val="0"/>
          <w:sz w:val="20"/>
        </w:rPr>
        <w:t>______________________________________________________________________________</w:t>
      </w:r>
    </w:p>
    <w:p>
      <w:r>
        <w:rPr>
          <w:b w:val="0"/>
          <w:sz w:val="20"/>
        </w:rPr>
        <w:t>______________________________________________________________________________</w:t>
      </w:r>
    </w:p>
    <w:p/>
    <w:p>
      <w:r>
        <w:rPr>
          <w:b w:val="0"/>
          <w:sz w:val="20"/>
        </w:rPr>
        <w:t>En caso de no regularizar esta situación en el plazo de 15 días naturales desde la recepción de esta comunicación, me veré en la obligación de ejercitar las acciones legales oportunas para la protección de mis derechos, sin perjuicio de reclamar los daños y perjuicios que correspondan.</w:t>
      </w:r>
    </w:p>
    <w:p/>
    <w:p>
      <w:r>
        <w:rPr>
          <w:b w:val="0"/>
          <w:sz w:val="20"/>
        </w:rPr>
        <w:t>Sin otro particular, y esperando una pronta solución, reciba un cordial saludo.</w:t>
      </w:r>
    </w:p>
    <w:p/>
    <w:p/>
    <w:p/>
    <w:p>
      <w:r>
        <w:rPr>
          <w:b/>
          <w:sz w:val="20"/>
        </w:rPr>
        <w:t>Atentamente,</w:t>
      </w:r>
    </w:p>
    <w:p/>
    <w:p/>
    <w:p/>
    <w:p/>
    <w:p>
      <w:r>
        <w:rPr>
          <w:b w:val="0"/>
          <w:sz w:val="20"/>
        </w:rPr>
        <w:t>Nombre: ____________________________________________________________</w:t>
      </w:r>
    </w:p>
    <w:p>
      <w:r>
        <w:rPr>
          <w:b w:val="0"/>
          <w:sz w:val="20"/>
        </w:rPr>
        <w:t>DNI/NIF: ____________________________________________________________</w:t>
      </w:r>
    </w:p>
    <w:p>
      <w:r>
        <w:rPr>
          <w:b w:val="0"/>
          <w:sz w:val="20"/>
        </w:rPr>
        <w:t>Dirección: __________________________________________________________</w:t>
      </w:r>
    </w:p>
    <w:p>
      <w:r>
        <w:rPr>
          <w:b w:val="0"/>
          <w:sz w:val="20"/>
        </w:rPr>
        <w:t>Teléfono: ___________________________________________________________</w:t>
      </w:r>
    </w:p>
    <w:p>
      <w:r>
        <w:rPr>
          <w:b w:val="0"/>
          <w:sz w:val="20"/>
        </w:rPr>
        <w:t>Correo electrónico: _________________________________________________</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br/>
              <w:br/>
              <w:t>Firma: _______________________________</w:t>
            </w:r>
          </w:p>
        </w:tc>
      </w:tr>
      <w:tr>
        <w:tc>
          <w:tcPr>
            <w:tcW w:type="dxa" w:w="9972"/>
            <w:tcBorders>
              <w:top w:val="nil"/>
              <w:left w:val="nil"/>
              <w:bottom w:val="nil"/>
              <w:right w:val="nil"/>
              <w:insideH w:val="nil"/>
              <w:insideV w:val="nil"/>
            </w:tcBorders>
          </w:tcPr>
          <w:p>
            <w:pPr>
              <w:jc w:val="center"/>
            </w:pPr>
            <w:r>
              <w:t>Fecha: _______________________________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https://lex-mercantil.com/modelo-de-carta-por-incumplimiento-de-contrato/</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https://lex-mercantil.com</w:t>
        </w:r>
      </w:hyperlink>
    </w:p>
    <w:p>
      <w:pPr>
        <w:jc w:val="center"/>
      </w:pPr>
      <w:r>
        <w:rPr>
          <w:color w:val="808080"/>
          <w:sz w:val="20"/>
        </w:rPr>
        <w:t>Esta plantilla está destinada exclusivamente para uso personal y no comercial.</w:t>
        <w:br/>
        <w:t>En caso de distribución o publicación, es obligatorio mencionar la fuente. © lex-mercantil.com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x-mercantil.com/modelo-de-carta-por-incumplimiento-de-contrato/" TargetMode="External"/><Relationship Id="rId10" Type="http://schemas.openxmlformats.org/officeDocument/2006/relationships/hyperlink" Target="https://lex-mercant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