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MODELO DE CONTRATO DE INVERSIÓN</w:t>
      </w:r>
    </w:p>
    <w:p/>
    <w:p>
      <w:r>
        <w:rPr>
          <w:b w:val="0"/>
          <w:sz w:val="20"/>
        </w:rPr>
        <w:t>Lugar : ____________________________</w:t>
      </w:r>
    </w:p>
    <w:p/>
    <w:p>
      <w:r>
        <w:rPr>
          <w:b/>
          <w:sz w:val="20"/>
        </w:rPr>
        <w:t>Datos del Inversor :</w:t>
      </w:r>
    </w:p>
    <w:p>
      <w:r>
        <w:rPr>
          <w:b w:val="0"/>
          <w:sz w:val="20"/>
        </w:rPr>
        <w:t>Nombre y Apellidos : ___________________________________________________</w:t>
      </w:r>
    </w:p>
    <w:p>
      <w:r>
        <w:rPr>
          <w:b w:val="0"/>
          <w:sz w:val="20"/>
        </w:rPr>
        <w:t>Nº Documento de Identidad : ___________________________________________</w:t>
      </w:r>
    </w:p>
    <w:p>
      <w:r>
        <w:rPr>
          <w:b w:val="0"/>
          <w:sz w:val="20"/>
        </w:rPr>
        <w:t>Dirección : ____________________________________________________________</w:t>
      </w:r>
    </w:p>
    <w:p>
      <w:r>
        <w:rPr>
          <w:b w:val="0"/>
          <w:sz w:val="20"/>
        </w:rPr>
        <w:t>Teléfono : _____________________________________________________________</w:t>
      </w:r>
    </w:p>
    <w:p/>
    <w:p>
      <w:r>
        <w:rPr>
          <w:b/>
          <w:sz w:val="20"/>
        </w:rPr>
        <w:t>Datos del Emisor :</w:t>
      </w:r>
    </w:p>
    <w:p>
      <w:r>
        <w:rPr>
          <w:b w:val="0"/>
          <w:sz w:val="20"/>
        </w:rPr>
        <w:t>Nombre o Razón Social : ________________________________________________</w:t>
      </w:r>
    </w:p>
    <w:p>
      <w:r>
        <w:rPr>
          <w:b w:val="0"/>
          <w:sz w:val="20"/>
        </w:rPr>
        <w:t>NIF/CIF : ______________________________________________________________</w:t>
      </w:r>
    </w:p>
    <w:p>
      <w:r>
        <w:rPr>
          <w:b w:val="0"/>
          <w:sz w:val="20"/>
        </w:rPr>
        <w:t>Dirección Social : ______________________________________________________</w:t>
      </w:r>
    </w:p>
    <w:p>
      <w:r>
        <w:rPr>
          <w:b w:val="0"/>
          <w:sz w:val="20"/>
        </w:rPr>
        <w:t>Teléfono : _____________________________________________________________</w:t>
      </w:r>
    </w:p>
    <w:p/>
    <w:p>
      <w:r>
        <w:rPr>
          <w:b/>
          <w:sz w:val="20"/>
        </w:rPr>
        <w:t>Objeto del Contrato :</w:t>
      </w:r>
    </w:p>
    <w:p>
      <w:r>
        <w:rPr>
          <w:b w:val="0"/>
          <w:sz w:val="20"/>
        </w:rPr>
        <w:t>Por medio del presente contrato, el Inversor se compromete a aportar una cantidad de dinero al Emisor, quien acepta dicha inversión para destinarla a los fines y proyectos que se detallan a continuación. Ambas partes acuerdan las condiciones y términos que regirán esta relación contractual, conforme a la legislación vigente en España.</w:t>
      </w:r>
    </w:p>
    <w:p/>
    <w:p>
      <w:r>
        <w:rPr>
          <w:b/>
          <w:sz w:val="20"/>
        </w:rPr>
        <w:t>Aportación Económica :</w:t>
      </w:r>
    </w:p>
    <w:p>
      <w:r>
        <w:rPr>
          <w:b w:val="0"/>
          <w:sz w:val="20"/>
        </w:rPr>
        <w:t>El Inversor aportará la cantidad de ______________________ Euros (€), que será entregada al Emisor en la forma y plazos que se estipulen en este contrato.</w:t>
      </w:r>
    </w:p>
    <w:p/>
    <w:p>
      <w:r>
        <w:rPr>
          <w:b/>
          <w:sz w:val="20"/>
        </w:rPr>
        <w:t>Participación y Distribución de Beneficios :</w:t>
      </w:r>
    </w:p>
    <w:p>
      <w:r>
        <w:rPr>
          <w:b w:val="0"/>
          <w:sz w:val="20"/>
        </w:rPr>
        <w:t>El Inversor tendrá derecho a una participación del ______ % sobre los beneficios netos generados por el proyecto o actividad objeto de esta inversión. La distribución de beneficios se realizará de forma anual, dentro de los tres meses siguientes al cierre del ejercicio económico.</w:t>
      </w:r>
    </w:p>
    <w:p/>
    <w:p>
      <w:r>
        <w:rPr>
          <w:b/>
          <w:sz w:val="20"/>
        </w:rPr>
        <w:t>Duración y Rescisión :</w:t>
      </w:r>
    </w:p>
    <w:p>
      <w:r>
        <w:rPr>
          <w:b w:val="0"/>
          <w:sz w:val="20"/>
        </w:rPr>
        <w:t>El presente contrato tendrá una duración de ______ años a partir de la firma del mismo, pudiendo ser prorrogado por acuerdo expreso de ambas partes. Cualquiera de las partes podrá resolver el contrato por incumplimiento grave de las obligaciones asumidas, previa notificación fehaciente.</w:t>
      </w:r>
    </w:p>
    <w:p/>
    <w:p>
      <w:r>
        <w:rPr>
          <w:b/>
          <w:sz w:val="20"/>
        </w:rPr>
        <w:t>Obligaciones del Emisor :</w:t>
      </w:r>
    </w:p>
    <w:p>
      <w:r>
        <w:rPr>
          <w:b w:val="0"/>
          <w:sz w:val="20"/>
        </w:rPr>
        <w:t>El Emisor se compromete a destinar los fondos aportados exclusivamente a los fines indicados, llevar una contabilidad adecuada y facilitar al Inversor información periódica sobre la evolución del proyecto y la situación económica, financiera y contable relacionada con la inversión.</w:t>
      </w:r>
    </w:p>
    <w:p/>
    <w:p>
      <w:r>
        <w:rPr>
          <w:b/>
          <w:sz w:val="20"/>
        </w:rPr>
        <w:t>Obligaciones del Inversor :</w:t>
      </w:r>
    </w:p>
    <w:p>
      <w:r>
        <w:rPr>
          <w:b w:val="0"/>
          <w:sz w:val="20"/>
        </w:rPr>
        <w:t>El Inversor se obliga a realizar las aportaciones económicas conforme al calendario pactado, colaborar con el Emisor en lo razonablemente necesario y respetar las condiciones previstas en este contrato.</w:t>
      </w:r>
    </w:p>
    <w:p/>
    <w:p>
      <w:r>
        <w:rPr>
          <w:b/>
          <w:sz w:val="20"/>
        </w:rPr>
        <w:t>Confidencialidad :</w:t>
      </w:r>
    </w:p>
    <w:p>
      <w:r>
        <w:rPr>
          <w:b w:val="0"/>
          <w:sz w:val="20"/>
        </w:rPr>
        <w:t>Ambas partes se obligan a guardar confidencialidad sobre toda la información y documentación intercambiada en virtud del presente contrato, salvo autorización expresa y por escrito de la otra parte o por requerimiento legal.</w:t>
      </w:r>
    </w:p>
    <w:p/>
    <w:p>
      <w:r>
        <w:rPr>
          <w:b/>
          <w:sz w:val="20"/>
        </w:rPr>
        <w:t>Legislación Aplicable y Jurisdicción :</w:t>
      </w:r>
    </w:p>
    <w:p>
      <w:r>
        <w:rPr>
          <w:b w:val="0"/>
          <w:sz w:val="20"/>
        </w:rPr>
        <w:t>Este contrato se regirá e interpretará conforme a las leyes españolas. Para la resolución de cualquier controversia que pudiera derivarse del mismo, las partes se someten expresamente a la jurisdicción de los Juzgados y Tribunales del domicilio del Emisor.</w:t>
      </w:r>
    </w:p>
    <w:p/>
    <w:p/>
    <w:p>
      <w:r>
        <w:rPr>
          <w:b w:val="0"/>
          <w:sz w:val="20"/>
        </w:rPr>
        <w:t>Lugar y firma : 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INVERSOR</w:t>
            </w:r>
          </w:p>
        </w:tc>
        <w:tc>
          <w:tcPr>
            <w:tcW w:type="dxa" w:w="4986"/>
            <w:tcBorders>
              <w:top w:val="nil"/>
              <w:left w:val="nil"/>
              <w:bottom w:val="nil"/>
              <w:right w:val="nil"/>
              <w:insideH w:val="nil"/>
              <w:insideV w:val="nil"/>
            </w:tcBorders>
          </w:tcPr>
          <w:p>
            <w:pPr>
              <w:jc w:val="center"/>
            </w:pPr>
            <w:r>
              <w:t>EMISOR</w:t>
            </w:r>
          </w:p>
        </w:tc>
      </w:tr>
      <w:tr>
        <w:tc>
          <w:tcPr>
            <w:tcW w:type="dxa" w:w="4986"/>
            <w:tcBorders>
              <w:top w:val="nil"/>
              <w:left w:val="nil"/>
              <w:bottom w:val="nil"/>
              <w:right w:val="nil"/>
              <w:insideH w:val="nil"/>
              <w:insideV w:val="nil"/>
            </w:tcBorders>
          </w:tcPr>
          <w:p>
            <w:pPr>
              <w:jc w:val="center"/>
            </w:pPr>
            <w:r>
              <w:br/>
              <w:br/>
              <w:t>Firma : _________________________</w:t>
            </w:r>
          </w:p>
        </w:tc>
        <w:tc>
          <w:tcPr>
            <w:tcW w:type="dxa" w:w="4986"/>
            <w:tcBorders>
              <w:top w:val="nil"/>
              <w:left w:val="nil"/>
              <w:bottom w:val="nil"/>
              <w:right w:val="nil"/>
              <w:insideH w:val="nil"/>
              <w:insideV w:val="nil"/>
            </w:tcBorders>
          </w:tcPr>
          <w:p>
            <w:pPr>
              <w:jc w:val="center"/>
            </w:pPr>
            <w:r>
              <w:br/>
              <w:br/>
              <w:t>Firma : _________________________</w:t>
            </w:r>
          </w:p>
        </w:tc>
      </w:tr>
      <w:tr>
        <w:tc>
          <w:tcPr>
            <w:tcW w:type="dxa" w:w="4986"/>
            <w:tcBorders>
              <w:top w:val="nil"/>
              <w:left w:val="nil"/>
              <w:bottom w:val="nil"/>
              <w:right w:val="nil"/>
              <w:insideH w:val="nil"/>
              <w:insideV w:val="nil"/>
            </w:tcBorders>
          </w:tcPr>
          <w:p>
            <w:pPr>
              <w:jc w:val="center"/>
            </w:pPr>
            <w:r>
              <w:t>Nombre : ________________________________</w:t>
            </w:r>
          </w:p>
        </w:tc>
        <w:tc>
          <w:tcPr>
            <w:tcW w:type="dxa" w:w="4986"/>
            <w:tcBorders>
              <w:top w:val="nil"/>
              <w:left w:val="nil"/>
              <w:bottom w:val="nil"/>
              <w:right w:val="nil"/>
              <w:insideH w:val="nil"/>
              <w:insideV w:val="nil"/>
            </w:tcBorders>
          </w:tcPr>
          <w:p>
            <w:pPr>
              <w:jc w:val="center"/>
            </w:pPr>
            <w:r>
              <w:t>Nombre : ________________________________</w:t>
            </w:r>
          </w:p>
        </w:tc>
      </w:tr>
    </w:tbl>
    <w:p>
      <w:r>
        <w:br w:type="page"/>
      </w:r>
    </w:p>
    <w:p>
      <w:pPr>
        <w:jc w:val="center"/>
      </w:pPr>
      <w:r>
        <w:rPr>
          <w:color w:val="555555"/>
          <w:sz w:val="24"/>
        </w:rPr>
        <w:t>Fuente original de este documento:</w:t>
      </w:r>
    </w:p>
    <w:p>
      <w:pPr>
        <w:jc w:val="center"/>
      </w:pPr>
      <w:hyperlink r:id="rId9">
        <w:r>
          <w:rPr>
            <w:color w:val="0000FF"/>
            <w:u w:val="single"/>
          </w:rPr>
          <w:t>https://lex-mercantil.com/modelo-de-contrato-de-inversion/</w:t>
        </w:r>
      </w:hyperlink>
    </w:p>
    <w:p>
      <w:pPr>
        <w:jc w:val="center"/>
      </w:pPr>
      <w:r>
        <w:rPr>
          <w:color w:val="555555"/>
          <w:sz w:val="26"/>
        </w:rPr>
        <w:t>¿Le resultó útil esta plantilla?</w:t>
      </w:r>
    </w:p>
    <w:p>
      <w:pPr>
        <w:jc w:val="center"/>
      </w:pPr>
      <w:r>
        <w:rPr>
          <w:color w:val="555555"/>
          <w:sz w:val="26"/>
        </w:rPr>
        <w:t>Encuentre más plantillas actualizadas en:</w:t>
      </w:r>
    </w:p>
    <w:p>
      <w:pPr>
        <w:jc w:val="center"/>
      </w:pPr>
      <w:hyperlink r:id="rId10">
        <w:r>
          <w:rPr>
            <w:color w:val="0000FF"/>
            <w:u w:val="single"/>
          </w:rPr>
          <w:t>https://lex-mercantil.com</w:t>
        </w:r>
      </w:hyperlink>
    </w:p>
    <w:p>
      <w:pPr>
        <w:jc w:val="center"/>
      </w:pPr>
      <w:r>
        <w:rPr>
          <w:color w:val="808080"/>
          <w:sz w:val="20"/>
        </w:rPr>
        <w:t>Esta plantilla está destinada exclusivamente para uso personal y no comercial.</w:t>
        <w:br/>
        <w:t>En caso de distribución o publicación, es obligatorio mencionar la fuente. © lex-mercantil.com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x-mercantil.com/modelo-de-contrato-de-inversion/" TargetMode="External"/><Relationship Id="rId10" Type="http://schemas.openxmlformats.org/officeDocument/2006/relationships/hyperlink" Target="https://lex-mercant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