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CONTRATO DE SERVICIOS DE LIMPIEZA PARA COMUNIDADES</w:t>
      </w:r>
    </w:p>
    <w:p/>
    <w:p>
      <w:r>
        <w:rPr>
          <w:b w:val="0"/>
          <w:sz w:val="20"/>
        </w:rPr>
        <w:t>Lugar : ____________________________    Fecha : ____________________________</w:t>
      </w:r>
    </w:p>
    <w:p/>
    <w:p>
      <w:r>
        <w:rPr>
          <w:b/>
          <w:sz w:val="20"/>
        </w:rPr>
        <w:t>Datos de la Comunidad de Propietarios :</w:t>
      </w:r>
    </w:p>
    <w:p>
      <w:r>
        <w:rPr>
          <w:b w:val="0"/>
          <w:sz w:val="20"/>
        </w:rPr>
        <w:t>Denominación : __________________________________________________________</w:t>
      </w:r>
    </w:p>
    <w:p>
      <w:r>
        <w:rPr>
          <w:b w:val="0"/>
          <w:sz w:val="20"/>
        </w:rPr>
        <w:t>Dirección : ______________________________________________________________</w:t>
      </w:r>
    </w:p>
    <w:p>
      <w:r>
        <w:rPr>
          <w:b w:val="0"/>
          <w:sz w:val="20"/>
        </w:rPr>
        <w:t>Representante : __________________________________________________________</w:t>
      </w:r>
    </w:p>
    <w:p>
      <w:r>
        <w:rPr>
          <w:b w:val="0"/>
          <w:sz w:val="20"/>
        </w:rPr>
        <w:t>NIF/CIF : ________________________________________________________________</w:t>
      </w:r>
    </w:p>
    <w:p/>
    <w:p>
      <w:r>
        <w:rPr>
          <w:b/>
          <w:sz w:val="20"/>
        </w:rPr>
        <w:t>Datos de la Empresa de Limpieza :</w:t>
      </w:r>
    </w:p>
    <w:p>
      <w:r>
        <w:rPr>
          <w:b w:val="0"/>
          <w:sz w:val="20"/>
        </w:rPr>
        <w:t>Nombre o Razón Social : _________________________________________________</w:t>
      </w:r>
    </w:p>
    <w:p>
      <w:r>
        <w:rPr>
          <w:b w:val="0"/>
          <w:sz w:val="20"/>
        </w:rPr>
        <w:t>DNI/NIF/CIF : ___________________________________________________________</w:t>
      </w:r>
    </w:p>
    <w:p>
      <w:r>
        <w:rPr>
          <w:b w:val="0"/>
          <w:sz w:val="20"/>
        </w:rPr>
        <w:t>Domicilio Social : _______________________________________________________</w:t>
      </w:r>
    </w:p>
    <w:p>
      <w:r>
        <w:rPr>
          <w:b w:val="0"/>
          <w:sz w:val="20"/>
        </w:rPr>
        <w:t>Representante Legal : ____________________________________________________</w:t>
      </w:r>
    </w:p>
    <w:p>
      <w:r>
        <w:rPr>
          <w:b w:val="0"/>
          <w:sz w:val="20"/>
        </w:rPr>
        <w:t>Teléfono : _______________________________________________________________</w:t>
      </w:r>
    </w:p>
    <w:p/>
    <w:p>
      <w:r>
        <w:rPr>
          <w:b/>
          <w:sz w:val="20"/>
        </w:rPr>
        <w:t>Objeto del contrato</w:t>
      </w:r>
    </w:p>
    <w:p>
      <w:r>
        <w:rPr>
          <w:b w:val="0"/>
          <w:sz w:val="20"/>
        </w:rPr>
        <w:t>El presente contrato tiene por objeto la prestación de servicios de limpieza en las zonas comunes de la Comunidad de Propietarios descrita anteriormente. La empresa contratista se compromete a realizar las tareas de limpieza con la profesionalidad y diligencia propias del sector, conforme a las condiciones aquí establecidas y a la normativa vigente aplicable.</w:t>
      </w:r>
    </w:p>
    <w:p/>
    <w:p>
      <w:r>
        <w:rPr>
          <w:b/>
          <w:sz w:val="20"/>
        </w:rPr>
        <w:t>Duración y prórroga</w:t>
      </w:r>
    </w:p>
    <w:p>
      <w:r>
        <w:rPr>
          <w:b w:val="0"/>
          <w:sz w:val="20"/>
        </w:rPr>
        <w:t>El contrato tendrá una duración inicial de ______ meses, comenzando a partir de la fecha de su firma. Se prorrogará automáticamente por períodos iguales siempre que ninguna de las partes comunique por escrito su voluntad de no renovarlo con un preaviso mínimo de 30 días antes de la finalización del plazo.</w:t>
      </w:r>
    </w:p>
    <w:p/>
    <w:p>
      <w:r>
        <w:rPr>
          <w:b/>
          <w:sz w:val="20"/>
        </w:rPr>
        <w:t>Servicios a prestar</w:t>
      </w:r>
    </w:p>
    <w:p>
      <w:r>
        <w:rPr>
          <w:b w:val="0"/>
          <w:sz w:val="20"/>
        </w:rPr>
        <w:t>La empresa contratista realizará, al menos, las siguientes tareas: limpieza de pasillos, escaleras, ascensores, portal, zonas comunes exteriores y resto de áreas que se determinen por la Comunidad. Además, se recogerán residuos y se mantendrá el correcto estado higiénico y de conservación de las instalaciones.</w:t>
      </w:r>
    </w:p>
    <w:p/>
    <w:p>
      <w:r>
        <w:rPr>
          <w:b/>
          <w:sz w:val="20"/>
        </w:rPr>
        <w:t>Obligaciones de la empresa contratista</w:t>
      </w:r>
    </w:p>
    <w:p>
      <w:r>
        <w:rPr>
          <w:b w:val="0"/>
          <w:sz w:val="20"/>
        </w:rPr>
        <w:t>La empresa debe disponer de los medios humanos y materiales necesarios para la correcta ejecución del servicio, cumplir con la normativa de prevención de riesgos laborales, y garantizar la confidencialidad respecto a cualquier información recibida. Asimismo, responderá por los daños o perjuicios derivados de la prestación de sus servicios.</w:t>
      </w:r>
    </w:p>
    <w:p/>
    <w:p>
      <w:r>
        <w:rPr>
          <w:b/>
          <w:sz w:val="20"/>
        </w:rPr>
        <w:t>Obligaciones de la Comunidad de Propietarios</w:t>
      </w:r>
    </w:p>
    <w:p>
      <w:r>
        <w:rPr>
          <w:b w:val="0"/>
          <w:sz w:val="20"/>
        </w:rPr>
        <w:t>La Comunidad facilitará el acceso a las instalaciones para la realización del servicio, proporcionará la información y colaboración necesarias, y abonará el precio pactado en los plazos y condiciones acordados.</w:t>
      </w:r>
    </w:p>
    <w:p/>
    <w:p>
      <w:r>
        <w:rPr>
          <w:b/>
          <w:sz w:val="20"/>
        </w:rPr>
        <w:t>Precio y forma de pago</w:t>
      </w:r>
    </w:p>
    <w:p>
      <w:r>
        <w:rPr>
          <w:b w:val="0"/>
          <w:sz w:val="20"/>
        </w:rPr>
        <w:t>El precio pactado por la prestación del servicio es de _________________ EUR mensuales, que se abonarán mediante transferencia bancaria a la cuenta indicada por la empresa contratista antes del día ____ de cada mes.</w:t>
      </w:r>
    </w:p>
    <w:p/>
    <w:p>
      <w:r>
        <w:rPr>
          <w:b/>
          <w:sz w:val="20"/>
        </w:rPr>
        <w:t>Resolución del contrato</w:t>
      </w:r>
    </w:p>
    <w:p>
      <w:r>
        <w:rPr>
          <w:b w:val="0"/>
          <w:sz w:val="20"/>
        </w:rPr>
        <w:t>Cualquiera de las partes podrá resolver el presente contrato con un preaviso escrito mínimo de 30 días. La resolución no eximirá del pago de las cantidades debidas hasta la fecha de extinción del contrato.</w:t>
      </w:r>
    </w:p>
    <w:p/>
    <w:p>
      <w:r>
        <w:rPr>
          <w:b/>
          <w:sz w:val="20"/>
        </w:rPr>
        <w:t>Confidencialidad</w:t>
      </w:r>
    </w:p>
    <w:p>
      <w:r>
        <w:rPr>
          <w:b w:val="0"/>
          <w:sz w:val="20"/>
        </w:rPr>
        <w:t>Las partes se obligan a mantener la confidencialidad de la información a la que tengan acceso con ocasión de la ejecución del contrato, salvo que dicha información sea de dominio público o deba ser revelada por imperativo legal.</w:t>
      </w:r>
    </w:p>
    <w:p/>
    <w:p>
      <w:r>
        <w:rPr>
          <w:b/>
          <w:sz w:val="20"/>
        </w:rPr>
        <w:t>Legislación aplicable y jurisdicción</w:t>
      </w:r>
    </w:p>
    <w:p>
      <w:r>
        <w:rPr>
          <w:b w:val="0"/>
          <w:sz w:val="20"/>
        </w:rPr>
        <w:t>El presente contrato se regirá por la legislación española. Para la resolución de cualquier conflicto derivado del mismo, las partes se someten a los Juzgados y Tribunales del domicilio de la Comunidad de Propietarios, renunciando expresamente a cualquier otro fuero que pudiera corresponderles.</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COMUNIDAD DE PROPIETARIOS</w:t>
            </w:r>
          </w:p>
        </w:tc>
        <w:tc>
          <w:tcPr>
            <w:tcW w:type="dxa" w:w="4986"/>
            <w:tcBorders>
              <w:top w:val="nil"/>
              <w:left w:val="nil"/>
              <w:bottom w:val="nil"/>
              <w:right w:val="nil"/>
              <w:insideH w:val="nil"/>
              <w:insideV w:val="nil"/>
            </w:tcBorders>
          </w:tcPr>
          <w:p>
            <w:pPr>
              <w:jc w:val="center"/>
            </w:pPr>
            <w:r>
              <w:t>EMPRESA DE LIMPIEZA</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https://lex-mercantil.com/modelo-de-contrato-de-limpieza-para-comunidades/</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modelo-de-contrato-de-limpieza-para-comunidades/"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