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EJECUTIVA</w:t>
      </w:r>
    </w:p>
    <w:p/>
    <w:p/>
    <w:p>
      <w:pPr>
        <w:jc w:val="center"/>
      </w:pPr>
      <w:r>
        <w:rPr>
          <w:b w:val="0"/>
          <w:sz w:val="20"/>
        </w:rPr>
        <w:t>AL JUZGADO DE PRIMERA INSTANCIA QUE POR TURNO CORRESPONDA</w:t>
      </w:r>
    </w:p>
    <w:p/>
    <w:p/>
    <w:p>
      <w:r>
        <w:rPr>
          <w:b w:val="0"/>
          <w:sz w:val="20"/>
        </w:rPr>
        <w:t>Don/Doña _________________________________________________, mayor de edad, con DNI nº ___________________, y domicilio a efectos de notificaciones en ____________________________________________________________, bajo la representación que ostenta según acredita mediante el documento adjunto, ante el Juzgado comparezco y, como mejor proceda en Derecho, DIGO: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Primero. Que mediante este escrito formulo demanda ejecutiva de reclamación de cantidad en base al título ejecutivo que se acompaña, consistente en _______________________________________________________________________________________________________________________________________________________________________________________________.</w:t>
      </w:r>
    </w:p>
    <w:p/>
    <w:p>
      <w:r>
        <w:rPr>
          <w:b w:val="0"/>
          <w:sz w:val="20"/>
        </w:rPr>
        <w:t>Segundo. Que el demandado, Don/Doña ____________________________________, con DNI nº ______________________ y domicilio en ___________________________________________________________, adeuda a mi representado/a la cantidad de _________________________ euros (€________________), principal, más los intereses legales correspondientes, más las costas del proceso.</w:t>
      </w:r>
    </w:p>
    <w:p/>
    <w:p>
      <w:r>
        <w:rPr>
          <w:b w:val="0"/>
          <w:sz w:val="20"/>
        </w:rPr>
        <w:t>Tercero. Que se acompaña como título ejecutivo válido el siguiente documento: ______________________________________________________________________________________________________________________________________________________.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Competencia. Es competente el Juzgado de Primera Instancia del lugar donde reside el demandado, conforme a lo dispuesto en el artículo 50 de la Ley de Enjuiciamiento Civil.</w:t>
      </w:r>
    </w:p>
    <w:p/>
    <w:p>
      <w:r>
        <w:rPr>
          <w:b w:val="0"/>
          <w:sz w:val="20"/>
        </w:rPr>
        <w:t>II. Legitimación. La parte demandante ostenta legitimación activa conforme a lo establecido en el artículo 10 de la Ley de Enjuiciamiento Civil. La parte demandada está legitimada pasivamente al ser la deudora de la cantidad reclamada.</w:t>
      </w:r>
    </w:p>
    <w:p/>
    <w:p>
      <w:r>
        <w:rPr>
          <w:b w:val="0"/>
          <w:sz w:val="20"/>
        </w:rPr>
        <w:t>III. Procedimiento. Procede tramitar la presente demanda por el juicio ejecutivo regulado en los artículos 551 y siguientes de la Ley de Enjuiciamiento Civil, dado que se aporta título ejecutivo válido.</w:t>
      </w:r>
    </w:p>
    <w:p/>
    <w:p>
      <w:r>
        <w:rPr>
          <w:b/>
          <w:sz w:val="20"/>
        </w:rPr>
        <w:t>PETICIÓN</w:t>
      </w:r>
    </w:p>
    <w:p>
      <w:r>
        <w:rPr>
          <w:b w:val="0"/>
          <w:sz w:val="20"/>
        </w:rPr>
        <w:t>Por todo lo expuesto, al Juzgado SUPLICO:</w:t>
      </w:r>
    </w:p>
    <w:p>
      <w:r>
        <w:rPr>
          <w:b w:val="0"/>
          <w:sz w:val="20"/>
        </w:rPr>
        <w:t>1. Admitir la presente demanda ejecutiva.</w:t>
      </w:r>
    </w:p>
    <w:p>
      <w:r>
        <w:rPr>
          <w:b w:val="0"/>
          <w:sz w:val="20"/>
        </w:rPr>
        <w:t>2. Requerir al demandado para que pague la cantidad reclamada, o en su caso, para que comparezca y formule oposición en el plazo legal establecido.</w:t>
      </w:r>
    </w:p>
    <w:p>
      <w:r>
        <w:rPr>
          <w:b w:val="0"/>
          <w:sz w:val="20"/>
        </w:rPr>
        <w:t>3. En su día, dictar sentencia estimando íntegramente la demanda, condenando al demandado al pago de la cantidad reclamada, más los intereses legales y las costas del proceso.</w:t>
      </w:r>
    </w:p>
    <w:p/>
    <w:p>
      <w:r>
        <w:rPr>
          <w:b/>
          <w:sz w:val="20"/>
        </w:rPr>
        <w:t>DOCUMENTOS QUE SE ACOMPAÑAN:</w:t>
      </w:r>
    </w:p>
    <w:p>
      <w:r>
        <w:rPr>
          <w:b w:val="0"/>
          <w:sz w:val="20"/>
        </w:rPr>
        <w:t>1. Copia de la presente demanda.</w:t>
      </w:r>
    </w:p>
    <w:p>
      <w:r>
        <w:rPr>
          <w:b w:val="0"/>
          <w:sz w:val="20"/>
        </w:rPr>
        <w:t>2. Documento que acredita la representación.</w:t>
      </w:r>
    </w:p>
    <w:p>
      <w:r>
        <w:rPr>
          <w:b w:val="0"/>
          <w:sz w:val="20"/>
        </w:rPr>
        <w:t>3. Copia del título ejecutivo que fundamenta la demanda.</w:t>
      </w:r>
    </w:p>
    <w:p>
      <w:r>
        <w:rPr>
          <w:b w:val="0"/>
          <w:sz w:val="20"/>
        </w:rPr>
        <w:t>4. Otros documentos que se consideren pertinentes.</w:t>
      </w:r>
    </w:p>
    <w:p/>
    <w:p/>
    <w:p>
      <w:r>
        <w:rPr>
          <w:b w:val="0"/>
          <w:sz w:val="20"/>
        </w:rPr>
        <w:t>En _______________, a 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Demandante / Representante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Procurador (si procede)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https://lex-mercantil.com/modelo-de-demanda-ejecutiva/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-demanda-ejecutiv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