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0"/>
        </w:rPr>
        <w:t>MODELO DE RESCISIÓN DE CONTRATO DE SERVICIOS</w:t>
      </w:r>
    </w:p>
    <w:p/>
    <w:p>
      <w:r>
        <w:rPr>
          <w:b/>
          <w:sz w:val="20"/>
        </w:rPr>
        <w:t>REUNIDOS :</w:t>
      </w:r>
    </w:p>
    <w:p>
      <w:r>
        <w:rPr>
          <w:b w:val="0"/>
          <w:sz w:val="20"/>
        </w:rPr>
        <w:t>De una parte, _______________________________________________________, con DNI/NIF nº ____________________, en calidad de _________________________________, en adelante, "la Parte Contratante".</w:t>
      </w:r>
    </w:p>
    <w:p/>
    <w:p>
      <w:r>
        <w:rPr>
          <w:b w:val="0"/>
          <w:sz w:val="20"/>
        </w:rPr>
        <w:t>Y de otra parte, _______________________________________________________, con DNI/NIF nº ____________________, en calidad de _________________________________, en adelante, "la Parte Prestadora".</w:t>
      </w:r>
    </w:p>
    <w:p/>
    <w:p/>
    <w:p>
      <w:r>
        <w:rPr>
          <w:b/>
          <w:sz w:val="20"/>
        </w:rPr>
        <w:t>EXPONEN :</w:t>
      </w:r>
    </w:p>
    <w:p>
      <w:r>
        <w:rPr>
          <w:b w:val="0"/>
          <w:sz w:val="20"/>
        </w:rPr>
        <w:t>I. Que ambas partes suscribieron con fecha __________________ un contrato de prestación de servicios por el cual la Parte Prestadora se comprometía a realizar determinados trabajos o actividades para la Parte Contratante.</w:t>
      </w:r>
    </w:p>
    <w:p>
      <w:r>
        <w:rPr>
          <w:b w:val="0"/>
          <w:sz w:val="20"/>
        </w:rPr>
        <w:t>II. Que por mutuo acuerdo o por causas justificadas, las partes desean proceder a la rescisión anticipada del referido contrato.</w:t>
      </w:r>
    </w:p>
    <w:p/>
    <w:p/>
    <w:p>
      <w:r>
        <w:rPr>
          <w:b/>
          <w:sz w:val="20"/>
        </w:rPr>
        <w:t>ACUERDAN :</w:t>
      </w:r>
    </w:p>
    <w:p>
      <w:r>
        <w:rPr>
          <w:b w:val="0"/>
          <w:sz w:val="20"/>
        </w:rPr>
        <w:t>Primero – Rescisión del contrato</w:t>
      </w:r>
    </w:p>
    <w:p>
      <w:r>
        <w:rPr>
          <w:b w:val="0"/>
          <w:sz w:val="20"/>
        </w:rPr>
        <w:t>Ambas partes acuerdan la rescisión total y definitiva del contrato de prestación de servicios mencionado, con efectos inmediatos a partir de la firma del presente documento.</w:t>
      </w:r>
    </w:p>
    <w:p/>
    <w:p>
      <w:r>
        <w:rPr>
          <w:b w:val="0"/>
          <w:sz w:val="20"/>
        </w:rPr>
        <w:t>Segundo – Obligaciones pendientes</w:t>
      </w:r>
    </w:p>
    <w:p>
      <w:r>
        <w:rPr>
          <w:b w:val="0"/>
          <w:sz w:val="20"/>
        </w:rPr>
        <w:t>Las partes manifiestan que no existen obligaciones pendientes derivadas del contrato rescindido, salvo las que se reflejen expresamente en este documento.</w:t>
      </w:r>
    </w:p>
    <w:p/>
    <w:p>
      <w:r>
        <w:rPr>
          <w:b w:val="0"/>
          <w:sz w:val="20"/>
        </w:rPr>
        <w:t>Tercero – Liquidación y pagos</w:t>
      </w:r>
    </w:p>
    <w:p>
      <w:r>
        <w:rPr>
          <w:b w:val="0"/>
          <w:sz w:val="20"/>
        </w:rPr>
        <w:t>La Parte Contratante se compromete a abonar a la Parte Prestadora la cantidad de _________________ euros (€) en concepto de liquidación final, que incluye las facturas pendientes y compensaciones acordadas.</w:t>
      </w:r>
    </w:p>
    <w:p/>
    <w:p>
      <w:r>
        <w:rPr>
          <w:b w:val="0"/>
          <w:sz w:val="20"/>
        </w:rPr>
        <w:t>Cuarto – Renuncias y exoneraciones</w:t>
      </w:r>
    </w:p>
    <w:p>
      <w:r>
        <w:rPr>
          <w:b w:val="0"/>
          <w:sz w:val="20"/>
        </w:rPr>
        <w:t>Ambas partes renuncian expresamente a cualquier reclamación futura relacionada con el contrato rescindido y se exoneran mutuamente de cualquier responsabilidad derivada del mismo.</w:t>
      </w:r>
    </w:p>
    <w:p/>
    <w:p>
      <w:r>
        <w:rPr>
          <w:b w:val="0"/>
          <w:sz w:val="20"/>
        </w:rPr>
        <w:t>Quinto – Confidencialidad</w:t>
      </w:r>
    </w:p>
    <w:p>
      <w:r>
        <w:rPr>
          <w:b w:val="0"/>
          <w:sz w:val="20"/>
        </w:rPr>
        <w:t>Las partes se obligan a guardar confidencialidad sobre los términos del presente acuerdo y sobre cualquier información a la que hayan tenido acceso con ocasión del contrato rescindido.</w:t>
      </w:r>
    </w:p>
    <w:p/>
    <w:p>
      <w:r>
        <w:rPr>
          <w:b w:val="0"/>
          <w:sz w:val="20"/>
        </w:rPr>
        <w:t>Sexto – Jurisdicción y ley aplicable</w:t>
      </w:r>
    </w:p>
    <w:p>
      <w:r>
        <w:rPr>
          <w:b w:val="0"/>
          <w:sz w:val="20"/>
        </w:rPr>
        <w:t>Para la interpretación y cumplimiento del presente acuerdo, ambas partes se someten a la legislación española y a la jurisdicción de los Juzgados y Tribunales del domicilio de la Parte Contratante.</w:t>
      </w:r>
    </w:p>
    <w:p/>
    <w:p/>
    <w:p>
      <w:r>
        <w:rPr>
          <w:b w:val="0"/>
          <w:sz w:val="20"/>
        </w:rPr>
        <w:t>Lugar : ________________________________________    Fecha : _______________________</w:t>
      </w:r>
    </w:p>
    <w:p/>
    <w:p/>
    <w:tbl>
      <w:tblPr>
        <w:tblW w:type="auto" w:w="0"/>
        <w:tblLayout w:type="autofit"/>
        <w:tblLook w:firstColumn="1" w:firstRow="1" w:lastColumn="0" w:lastRow="0" w:noHBand="0" w:noVBand="1" w:val="04A0"/>
      </w:tblPr>
      <w:tblGrid>
        <w:gridCol w:w="4986"/>
        <w:gridCol w:w="4986"/>
      </w:tblGrid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LA PARTE CONTRATANTE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LA PARTE PRESTADORA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Firma : _________________________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Firma : _________________________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Nombre : ________________________________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Nombre : ________________________________</w:t>
            </w:r>
          </w:p>
        </w:tc>
      </w:tr>
    </w:tbl>
    <w:p>
      <w:r>
        <w:br w:type="page"/>
      </w:r>
    </w:p>
    <w:p>
      <w:pPr>
        <w:jc w:val="center"/>
      </w:pPr>
      <w:r>
        <w:rPr>
          <w:color w:val="555555"/>
          <w:sz w:val="24"/>
        </w:rPr>
        <w:t>Fuente original de este documento:</w:t>
      </w:r>
    </w:p>
    <w:p>
      <w:pPr>
        <w:jc w:val="center"/>
      </w:pPr>
      <w:hyperlink r:id="rId9">
        <w:r>
          <w:rPr>
            <w:color w:val="0000FF"/>
            <w:u w:val="single"/>
          </w:rPr>
          <w:t>https://lex-mercantil.com/modelo-de-rescision-de-contrato-de-servicios/</w:t>
        </w:r>
      </w:hyperlink>
    </w:p>
    <w:p>
      <w:pPr>
        <w:jc w:val="center"/>
      </w:pPr>
      <w:r>
        <w:rPr>
          <w:color w:val="555555"/>
          <w:sz w:val="26"/>
        </w:rPr>
        <w:t>¿Le resultó útil esta plantilla?</w:t>
      </w:r>
    </w:p>
    <w:p>
      <w:pPr>
        <w:jc w:val="center"/>
      </w:pPr>
      <w:r>
        <w:rPr>
          <w:color w:val="555555"/>
          <w:sz w:val="26"/>
        </w:rPr>
        <w:t>Encuentre más plantillas actualizadas en:</w:t>
      </w:r>
    </w:p>
    <w:p>
      <w:pPr>
        <w:jc w:val="center"/>
      </w:pPr>
      <w:hyperlink r:id="rId10">
        <w:r>
          <w:rPr>
            <w:color w:val="0000FF"/>
            <w:u w:val="single"/>
          </w:rPr>
          <w:t>https://lex-mercantil.com</w:t>
        </w:r>
      </w:hyperlink>
    </w:p>
    <w:p>
      <w:pPr>
        <w:jc w:val="center"/>
      </w:pPr>
      <w:r>
        <w:rPr>
          <w:color w:val="808080"/>
          <w:sz w:val="20"/>
        </w:rPr>
        <w:t>Esta plantilla está destinada exclusivamente para uso personal y no comercial.</w:t>
        <w:br/>
        <w:t>En caso de distribución o publicación, es obligatorio mencionar la fuente. © lex-mercantil.com</w:t>
      </w:r>
    </w:p>
    <w:sectPr w:rsidR="00FC693F" w:rsidRPr="0006063C" w:rsidSect="00034616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lex-mercantil.com/modelo-de-rescision-de-contrato-de-servicios/" TargetMode="External"/><Relationship Id="rId10" Type="http://schemas.openxmlformats.org/officeDocument/2006/relationships/hyperlink" Target="https://lex-mercantil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