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CONTRA GESTORÍA</w:t>
      </w:r>
    </w:p>
    <w:p/>
    <w:p>
      <w:r>
        <w:rPr>
          <w:b/>
          <w:sz w:val="20"/>
        </w:rPr>
        <w:t>AL JUZGADO DE PRIMERA INSTANCIA QUE POR TURNO CORRESPONDA</w:t>
      </w:r>
    </w:p>
    <w:p/>
    <w:p>
      <w:r>
        <w:rPr>
          <w:b w:val="0"/>
          <w:sz w:val="20"/>
        </w:rPr>
        <w:t>D./Dña. ____________________________________, mayor de edad, con domicilio en ____________________________________, y con DNI nº _______________________, en nombre propio y con domicilio a efectos de notificaciones en ____________________________________, ante el Juzgado comparezco y, como mejor proceda en Derecho, DIGO:</w:t>
      </w:r>
    </w:p>
    <w:p/>
    <w:p>
      <w:r>
        <w:rPr>
          <w:b/>
          <w:sz w:val="20"/>
        </w:rPr>
        <w:t>Que mediante el presente escrito interpongo DEMANDA DE JUICIO ORDINARIO contra la empresa GESTORÍA _____________________, con domicilio en ____________________________________, y CIF nº ____________________, en base a los siguientes</w:t>
      </w:r>
    </w:p>
    <w:p>
      <w:r>
        <w:rPr>
          <w:b/>
          <w:sz w:val="20"/>
        </w:rPr>
        <w:t>HECHOS</w:t>
      </w:r>
    </w:p>
    <w:p/>
    <w:p>
      <w:r>
        <w:rPr>
          <w:b w:val="0"/>
          <w:sz w:val="20"/>
        </w:rPr>
        <w:t>Primero.- Que en fecha ____________________, el demandante contrató los servicios de la gestoria indicada para la gestión de ______________________________.</w:t>
      </w:r>
    </w:p>
    <w:p>
      <w:r>
        <w:rPr>
          <w:b w:val="0"/>
          <w:sz w:val="20"/>
        </w:rPr>
        <w:t>Segundo.- Que la gestoria incumplió sus obligaciones contractuales al no realizar correctamente las gestiones encargadas, ocasionando perjuicios económicos y personales al demandante.</w:t>
      </w:r>
    </w:p>
    <w:p>
      <w:r>
        <w:rPr>
          <w:b w:val="0"/>
          <w:sz w:val="20"/>
        </w:rPr>
        <w:t>Tercero.- Que a pesar de los numerosos intentos de solución amistosa y requerimientos, la gestoria no ha subsanado las deficiencias ni ofrecido compensación alguna.</w:t>
      </w:r>
    </w:p>
    <w:p/>
    <w:p>
      <w:r>
        <w:rPr>
          <w:b/>
          <w:sz w:val="20"/>
        </w:rPr>
        <w:t>FUNDAMENTOS DE DERECHO</w:t>
      </w:r>
    </w:p>
    <w:p/>
    <w:p>
      <w:r>
        <w:rPr>
          <w:b w:val="0"/>
          <w:sz w:val="20"/>
        </w:rPr>
        <w:t>Primero.- Competencia. Es competente el Juzgado de Primera Instancia del domicilio del demandado, conforme a lo dispuesto en el artículo 50 de la Ley de Enjuiciamiento Civil.</w:t>
      </w:r>
    </w:p>
    <w:p>
      <w:r>
        <w:rPr>
          <w:b w:val="0"/>
          <w:sz w:val="20"/>
        </w:rPr>
        <w:t>Segundo.- Legitimación. Conforme a los artículos 10 y 11 de la Ley de Enjuiciamiento Civil, el demandante ostenta la legitimación activa y la gestoria la pasiva.</w:t>
      </w:r>
    </w:p>
    <w:p>
      <w:r>
        <w:rPr>
          <w:b w:val="0"/>
          <w:sz w:val="20"/>
        </w:rPr>
        <w:t>Tercero.- Procedimiento. Procede tramitar la demanda por el juicio ordinario, conforme a lo establecido en el artículo 249 y siguientes de la Ley de Enjuiciamiento Civil, dado que la cuantía excede de 6.000 euros.</w:t>
      </w:r>
    </w:p>
    <w:p>
      <w:r>
        <w:rPr>
          <w:b w:val="0"/>
          <w:sz w:val="20"/>
        </w:rPr>
        <w:t>Cuarto.- Fondo. Conforme a lo dispuesto en los artículos 1101 y siguientes del Código Civil, la gestoria ha incumplido las obligaciones contractuales generando daños y perjuicios que deben ser reparados.</w:t>
      </w:r>
    </w:p>
    <w:p/>
    <w:p>
      <w:r>
        <w:rPr>
          <w:b/>
          <w:sz w:val="20"/>
        </w:rPr>
        <w:t>PETICIÓN</w:t>
      </w:r>
    </w:p>
    <w:p/>
    <w:p>
      <w:r>
        <w:rPr>
          <w:b w:val="0"/>
          <w:sz w:val="20"/>
        </w:rPr>
        <w:t>Por todo lo expuesto, SUPLICO AL JUZGADO:</w:t>
      </w:r>
    </w:p>
    <w:p>
      <w:r>
        <w:rPr>
          <w:b w:val="0"/>
          <w:sz w:val="20"/>
        </w:rPr>
        <w:t>1. Que tenga por presentada esta demanda de juicio ordinario contra la gestoria indicada, por incumplimiento contractual.</w:t>
      </w:r>
    </w:p>
    <w:p>
      <w:r>
        <w:rPr>
          <w:b w:val="0"/>
          <w:sz w:val="20"/>
        </w:rPr>
        <w:t>2. Que se dicte sentencia estimando íntegramente la demanda y condenando a la parte demandada a indemnizar al demandante en la cantidad de ______________ euros, más los intereses legales correspondientes desde la interposición de la demanda.</w:t>
      </w:r>
    </w:p>
    <w:p>
      <w:r>
        <w:rPr>
          <w:b w:val="0"/>
          <w:sz w:val="20"/>
        </w:rPr>
        <w:t>3. Que se condene en costas a la parte demandada.</w:t>
      </w:r>
    </w:p>
    <w:p/>
    <w:p>
      <w:r>
        <w:rPr>
          <w:b/>
          <w:sz w:val="20"/>
        </w:rPr>
        <w:t>OTROSÍ DIGO:</w:t>
      </w:r>
    </w:p>
    <w:p>
      <w:r>
        <w:rPr>
          <w:b w:val="0"/>
          <w:sz w:val="20"/>
        </w:rPr>
        <w:t>Que se solicita la práctica de las siguientes pruebas, que se proponen para el juicio, sin perjuicio de otras que se puedan proponer en su momento:</w:t>
      </w:r>
    </w:p>
    <w:p>
      <w:r>
        <w:rPr>
          <w:b w:val="0"/>
          <w:sz w:val="20"/>
        </w:rPr>
        <w:t>- Documental: se acompaña copia del contrato, comunicaciones y cualquier otro documento relacionado.</w:t>
      </w:r>
    </w:p>
    <w:p>
      <w:r>
        <w:rPr>
          <w:b w:val="0"/>
          <w:sz w:val="20"/>
        </w:rPr>
        <w:t>- Testifical: se designan los siguientes testigos: ______________________________.</w:t>
      </w:r>
    </w:p>
    <w:p>
      <w:r>
        <w:rPr>
          <w:b w:val="0"/>
          <w:sz w:val="20"/>
        </w:rPr>
        <w:t>- Pericial: se solicita la realización de informe pericial económico para cuantificar el daño sufrido.</w:t>
      </w:r>
    </w:p>
    <w:p/>
    <w:p>
      <w:r>
        <w:rPr>
          <w:b w:val="0"/>
          <w:sz w:val="20"/>
        </w:rPr>
        <w:t>Por ser justicia que pido en ____________________, a ______ de __________ de 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Demandante:</w:t>
              <w:br/>
              <w:br/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DNI:</w:t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https://lex-mercantil.com/modelo-demanda-contra-gestoria/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manda-contra-gestori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