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POR INCUMPLIMIENTO DE CONTRATO DE OBRA</w:t>
      </w:r>
    </w:p>
    <w:p/>
    <w:p>
      <w:pPr>
        <w:jc w:val="center"/>
      </w:pPr>
      <w:r>
        <w:rPr>
          <w:b w:val="0"/>
          <w:sz w:val="20"/>
        </w:rPr>
        <w:t>AL JUZGADO DE PRIMERA INSTANCIA QUE POR TURNO CORRESPONDA</w:t>
      </w:r>
    </w:p>
    <w:p/>
    <w:p/>
    <w:p>
      <w:r>
        <w:rPr>
          <w:b/>
          <w:sz w:val="20"/>
        </w:rPr>
        <w:t>D./Dña. ______________________________________________________, mayor de edad, con DNI nº ____________________, y domicilio a efectos de notificaciones en ________________________________________________________________, en nombre propio / representación que ostenta de ____________________________________________________, comparezco y, como mejor proceda en Derecho, DIGO:</w:t>
      </w:r>
    </w:p>
    <w:p/>
    <w:p>
      <w:r>
        <w:rPr>
          <w:b/>
          <w:sz w:val="20"/>
        </w:rPr>
        <w:t>Que mediante el presente escrito formulo DEMANDA POR INCUMPLIMIENTO DE CONTRATO DE OBRA contra D./Dña. ______________________________________________________, con domicilio en ________________________________________________________________, en base a los siguientes</w:t>
      </w:r>
    </w:p>
    <w:p/>
    <w:p>
      <w:r>
        <w:rPr>
          <w:b/>
          <w:sz w:val="20"/>
        </w:rPr>
        <w:t>HECHOS</w:t>
      </w:r>
    </w:p>
    <w:p/>
    <w:p>
      <w:r>
        <w:rPr>
          <w:b w:val="0"/>
          <w:sz w:val="20"/>
        </w:rPr>
        <w:t>Primero.- Con fecha ________________, las partes suscribieron un contrato de obra por el cual el demandante se comprometía a realizar la ejecución de ________________________________________________________________, y el demandado a abonar el precio convenido.</w:t>
      </w:r>
    </w:p>
    <w:p/>
    <w:p>
      <w:r>
        <w:rPr>
          <w:b w:val="0"/>
          <w:sz w:val="20"/>
        </w:rPr>
        <w:t>Segundo.- El demandado ha incumplido las obligaciones pactadas, consistentes en ________________________________________________________________, generando un perjuicio económico y moral al demandante.</w:t>
      </w:r>
    </w:p>
    <w:p/>
    <w:p>
      <w:r>
        <w:rPr>
          <w:b w:val="0"/>
          <w:sz w:val="20"/>
        </w:rPr>
        <w:t>Tercero.- El demandante ha requerido en varias ocasiones la ejecución y/o cumplimiento del contrato, sin que el demandado haya atendido tales requerimientos, pese a los intentos amistosos de solución.</w:t>
      </w:r>
    </w:p>
    <w:p/>
    <w:p>
      <w:r>
        <w:rPr>
          <w:b w:val="0"/>
          <w:sz w:val="20"/>
        </w:rPr>
        <w:t>Cuarto.- Como consecuencia del incumplimiento, el demandante ha sufrido los siguientes daños y perjuicios: ________________________________________________________________.</w:t>
      </w:r>
    </w:p>
    <w:p/>
    <w:p>
      <w:r>
        <w:rPr>
          <w:b/>
          <w:sz w:val="20"/>
        </w:rPr>
        <w:t>FUNDAMENTOS DE DERECHO</w:t>
      </w:r>
    </w:p>
    <w:p/>
    <w:p>
      <w:r>
        <w:rPr>
          <w:b/>
          <w:sz w:val="20"/>
        </w:rPr>
        <w:t>I. Competencia.</w:t>
      </w:r>
    </w:p>
    <w:p>
      <w:r>
        <w:rPr>
          <w:b w:val="0"/>
          <w:sz w:val="20"/>
        </w:rPr>
        <w:t>Es competente este Juzgado de Primera Instancia de conformidad con lo establecido en el artículo 50 de la Ley de Enjuiciamiento Civil.</w:t>
      </w:r>
    </w:p>
    <w:p/>
    <w:p>
      <w:r>
        <w:rPr>
          <w:b/>
          <w:sz w:val="20"/>
        </w:rPr>
        <w:t>II. Legitimación.</w:t>
      </w:r>
    </w:p>
    <w:p>
      <w:r>
        <w:rPr>
          <w:b w:val="0"/>
          <w:sz w:val="20"/>
        </w:rPr>
        <w:t>El demandante ostenta legitimación activa por ser parte del contrato y el demandado, pasiva por ser la otra parte contratante.</w:t>
      </w:r>
    </w:p>
    <w:p/>
    <w:p>
      <w:r>
        <w:rPr>
          <w:b/>
          <w:sz w:val="20"/>
        </w:rPr>
        <w:t>III. Fondo.</w:t>
      </w:r>
    </w:p>
    <w:p>
      <w:r>
        <w:rPr>
          <w:b w:val="0"/>
          <w:sz w:val="20"/>
        </w:rPr>
        <w:t>El artículo 1.101 y siguientes del Código Civil regulan las obligaciones y su cumplimiento. El incumplimiento acreditado justifica la presente demanda.</w:t>
      </w:r>
    </w:p>
    <w:p/>
    <w:p>
      <w:r>
        <w:rPr>
          <w:b/>
          <w:sz w:val="20"/>
        </w:rPr>
        <w:t>IV. Procedimiento.</w:t>
      </w:r>
    </w:p>
    <w:p>
      <w:r>
        <w:rPr>
          <w:b w:val="0"/>
          <w:sz w:val="20"/>
        </w:rPr>
        <w:t>Procede el juicio ordinario conforme al artículo 249 y siguientes de la Ley de Enjuiciamiento Civil por cuantía superior a 6.000 euros.</w:t>
      </w:r>
    </w:p>
    <w:p/>
    <w:p>
      <w:r>
        <w:rPr>
          <w:b/>
          <w:sz w:val="20"/>
        </w:rPr>
        <w:t>Por todo lo expuesto, SUPLICO AL JUZGADO:</w:t>
      </w:r>
    </w:p>
    <w:p/>
    <w:p>
      <w:r>
        <w:rPr>
          <w:b w:val="0"/>
          <w:sz w:val="20"/>
        </w:rPr>
        <w:t>1. Que se admita esta demanda por incumplimiento de contrato de obra.</w:t>
      </w:r>
    </w:p>
    <w:p>
      <w:r>
        <w:rPr>
          <w:b w:val="0"/>
          <w:sz w:val="20"/>
        </w:rPr>
        <w:t>2. Que se dicte sentencia estimando íntegramente la demanda y condenando al demandado a cumplir con las obligaciones contractuales pactadas y/o a resarcir los daños y perjuicios causados, cuyo importe se determinará en fase de ejecución, o en su caso, en la cuantía que se reclame: __________________________ euros.</w:t>
      </w:r>
    </w:p>
    <w:p>
      <w:r>
        <w:rPr>
          <w:b w:val="0"/>
          <w:sz w:val="20"/>
        </w:rPr>
        <w:t>3. Que se impongan las costas procesales al demandado.</w:t>
      </w:r>
    </w:p>
    <w:p/>
    <w:p>
      <w:r>
        <w:rPr>
          <w:b w:val="0"/>
          <w:sz w:val="20"/>
        </w:rPr>
        <w:t>Es Justicia que pido en ____________________________, a _____ de __________ de ______.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 / DEMANDANTE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PROCURADOR / ABOGADO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https://lex-mercantil.com/modelo-demanda-por-incumplimiento-de-contrato-de-obra/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manda-por-incumplimiento-de-contrato-de-obr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