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ÍNDICE DE DOCUMENTOS PARA DEMANDA</w:t>
      </w:r>
    </w:p>
    <w:p/>
    <w:p/>
    <w:p>
      <w:r>
        <w:rPr>
          <w:b/>
          <w:sz w:val="20"/>
        </w:rPr>
        <w:t>Parte Demandante:</w:t>
      </w:r>
    </w:p>
    <w:p>
      <w:r>
        <w:rPr>
          <w:b w:val="0"/>
          <w:sz w:val="20"/>
        </w:rPr>
        <w:t>Nombre y apellidos o razón social: ________________________________________________</w:t>
      </w:r>
    </w:p>
    <w:p>
      <w:r>
        <w:rPr>
          <w:b w:val="0"/>
          <w:sz w:val="20"/>
        </w:rPr>
        <w:t>DNI/NIF/CIF: ______________________________________________________________________</w:t>
      </w:r>
    </w:p>
    <w:p>
      <w:r>
        <w:rPr>
          <w:b w:val="0"/>
          <w:sz w:val="20"/>
        </w:rPr>
        <w:t>Domicilio a efectos de notificaciones: _______________________________________________</w:t>
      </w:r>
    </w:p>
    <w:p>
      <w:r>
        <w:rPr>
          <w:b w:val="0"/>
          <w:sz w:val="20"/>
        </w:rPr>
        <w:t>Teléfono: ________________________________________________________________________</w:t>
      </w:r>
    </w:p>
    <w:p/>
    <w:p>
      <w:r>
        <w:rPr>
          <w:b/>
          <w:sz w:val="20"/>
        </w:rPr>
        <w:t>Parte Demandada:</w:t>
      </w:r>
    </w:p>
    <w:p>
      <w:r>
        <w:rPr>
          <w:b w:val="0"/>
          <w:sz w:val="20"/>
        </w:rPr>
        <w:t>Nombre y apellidos o razón social: ________________________________________________</w:t>
      </w:r>
    </w:p>
    <w:p>
      <w:r>
        <w:rPr>
          <w:b w:val="0"/>
          <w:sz w:val="20"/>
        </w:rPr>
        <w:t>DNI/NIF/CIF: ______________________________________________________________________</w:t>
      </w:r>
    </w:p>
    <w:p>
      <w:r>
        <w:rPr>
          <w:b w:val="0"/>
          <w:sz w:val="20"/>
        </w:rPr>
        <w:t>Domicilio a efectos de notificaciones: _______________________________________________</w:t>
      </w:r>
    </w:p>
    <w:p>
      <w:r>
        <w:rPr>
          <w:b w:val="0"/>
          <w:sz w:val="20"/>
        </w:rPr>
        <w:t>Teléfono: ________________________________________________________________________</w:t>
      </w:r>
    </w:p>
    <w:p/>
    <w:p/>
    <w:p>
      <w:pPr>
        <w:jc w:val="center"/>
      </w:pPr>
      <w:r>
        <w:rPr>
          <w:b/>
          <w:sz w:val="20"/>
        </w:rPr>
        <w:t>ÍNDICE DE DOCUMENTOS QUE SE ACOMPAÑAN A LA DEMANDA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Nº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Documento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Observaciones</w:t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</w:tbl>
    <w:p/>
    <w:p/>
    <w:p>
      <w:r>
        <w:rPr>
          <w:b/>
          <w:sz w:val="20"/>
        </w:rPr>
        <w:t>DECLARACIÓN</w:t>
      </w:r>
    </w:p>
    <w:p>
      <w:r>
        <w:rPr>
          <w:b w:val="0"/>
          <w:sz w:val="20"/>
        </w:rPr>
        <w:t>El/la abajo firmante declara que los documentos enumerados en este índice se aportan para fundamentar la demanda interpuesta, siendo ciertos y completos a su leal saber y entender.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Lugar de firma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demandante o representante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apellidos: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https://lex-mercantil.com/modelo-indice-de-documentos-demanda/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indice-de-documentos-demanda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