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RECLAMACIÓN POR INCUMPLIMIENTO DEL PLAZO DE ENTREGA</w:t>
      </w:r>
    </w:p>
    <w:p/>
    <w:p>
      <w:r>
        <w:rPr>
          <w:b/>
          <w:sz w:val="20"/>
        </w:rPr>
        <w:t>Datos del Cliente / Reclamante:</w:t>
      </w:r>
    </w:p>
    <w:p>
      <w:r>
        <w:rPr>
          <w:b w:val="0"/>
          <w:sz w:val="20"/>
        </w:rPr>
        <w:t>Nombre y Apellidos : ________________________________________________</w:t>
      </w:r>
    </w:p>
    <w:p>
      <w:r>
        <w:rPr>
          <w:b w:val="0"/>
          <w:sz w:val="20"/>
        </w:rPr>
        <w:t>DNI / NIF : _________________________________________________________</w:t>
      </w:r>
    </w:p>
    <w:p>
      <w:r>
        <w:rPr>
          <w:b w:val="0"/>
          <w:sz w:val="20"/>
        </w:rPr>
        <w:t>Dirección : _________________________________________________________</w:t>
      </w:r>
    </w:p>
    <w:p>
      <w:r>
        <w:rPr>
          <w:b w:val="0"/>
          <w:sz w:val="20"/>
        </w:rPr>
        <w:t>Teléfono : __________________________________________________________</w:t>
      </w:r>
    </w:p>
    <w:p/>
    <w:p>
      <w:r>
        <w:rPr>
          <w:b/>
          <w:sz w:val="20"/>
        </w:rPr>
        <w:t>Datos del Vendedor / Proveedor:</w:t>
      </w:r>
    </w:p>
    <w:p>
      <w:r>
        <w:rPr>
          <w:b w:val="0"/>
          <w:sz w:val="20"/>
        </w:rPr>
        <w:t>Nombre o Razón Social : _____________________________________________</w:t>
      </w:r>
    </w:p>
    <w:p>
      <w:r>
        <w:rPr>
          <w:b w:val="0"/>
          <w:sz w:val="20"/>
        </w:rPr>
        <w:t>NIF / CIF : _________________________________________________________</w:t>
      </w:r>
    </w:p>
    <w:p>
      <w:r>
        <w:rPr>
          <w:b w:val="0"/>
          <w:sz w:val="20"/>
        </w:rPr>
        <w:t>Dirección : _________________________________________________________</w:t>
      </w:r>
    </w:p>
    <w:p>
      <w:r>
        <w:rPr>
          <w:b w:val="0"/>
          <w:sz w:val="20"/>
        </w:rPr>
        <w:t>Teléfono : __________________________________________________________</w:t>
      </w:r>
    </w:p>
    <w:p/>
    <w:p>
      <w:r>
        <w:rPr>
          <w:b/>
          <w:sz w:val="20"/>
        </w:rPr>
        <w:t>Asunto :</w:t>
      </w:r>
    </w:p>
    <w:p>
      <w:r>
        <w:rPr>
          <w:b w:val="0"/>
          <w:sz w:val="20"/>
        </w:rPr>
        <w:t>Reclamación por incumplimiento del plazo de entrega pactado en el contrato de compraventa.</w:t>
      </w:r>
    </w:p>
    <w:p/>
    <w:p>
      <w:r>
        <w:rPr>
          <w:b/>
          <w:sz w:val="20"/>
        </w:rPr>
        <w:t>Exposición de hechos :</w:t>
      </w:r>
    </w:p>
    <w:p>
      <w:r>
        <w:rPr>
          <w:b w:val="0"/>
          <w:sz w:val="20"/>
        </w:rPr>
        <w:t>En fecha ________, suscribí con ustedes un contrato de compraventa por el bien / servicio descrito como: ________________________________________________, con compromiso de entrega en un plazo máximo de ______ días/meses desde la fecha de la compra.</w:t>
      </w:r>
    </w:p>
    <w:p>
      <w:r>
        <w:rPr>
          <w:b w:val="0"/>
          <w:sz w:val="20"/>
        </w:rPr>
        <w:t>Transcurrido dicho plazo, y sin que hasta la fecha se haya producido la entrega ni se me haya notificado causa justificada que la retrase, considero que se ha producido un incumplimiento contractual.</w:t>
      </w:r>
    </w:p>
    <w:p/>
    <w:p>
      <w:r>
        <w:rPr>
          <w:b/>
          <w:sz w:val="20"/>
        </w:rPr>
        <w:t>Fundamentos jurídicos :</w:t>
      </w:r>
    </w:p>
    <w:p>
      <w:r>
        <w:rPr>
          <w:b w:val="0"/>
          <w:sz w:val="20"/>
        </w:rPr>
        <w:t>De conformidad con lo establecido en el artículo 1101 del Código Civil, la demora en la entrega constituye incumplimiento de las obligaciones contractuales, facultando al comprador para exigir la ejecución forzosa, la resolución del contrato y/o la indemnización por daños y perjuicios.</w:t>
      </w:r>
    </w:p>
    <w:p>
      <w:r>
        <w:rPr>
          <w:b w:val="0"/>
          <w:sz w:val="20"/>
        </w:rPr>
        <w:t>Asimismo, el artículo 1452 del Código Civil establece la posibilidad de reclamar daños y perjuicios derivados del incumplimiento.</w:t>
      </w:r>
    </w:p>
    <w:p/>
    <w:p>
      <w:r>
        <w:rPr>
          <w:b/>
          <w:sz w:val="20"/>
        </w:rPr>
        <w:t>Solicitud :</w:t>
      </w:r>
    </w:p>
    <w:p>
      <w:r>
        <w:rPr>
          <w:b w:val="0"/>
          <w:sz w:val="20"/>
        </w:rPr>
        <w:t>Por todo ello, requiero formalmente la entrega inmediata del bien objeto del contrato, en el plazo máximo de ______ días naturales desde la recepción de esta reclamación.</w:t>
      </w:r>
    </w:p>
    <w:p>
      <w:r>
        <w:rPr>
          <w:b w:val="0"/>
          <w:sz w:val="20"/>
        </w:rPr>
        <w:t>En caso contrario, me veré obligado a ejercer las acciones legales oportunas para la resolución del contrato y la reclamación de los daños y perjuicios ocasionados.</w:t>
      </w:r>
    </w:p>
    <w:p/>
    <w:p>
      <w:r>
        <w:rPr>
          <w:b w:val="0"/>
          <w:sz w:val="20"/>
        </w:rPr>
        <w:t>Lugar y fecha :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Reclamante</w:t>
            </w:r>
          </w:p>
        </w:tc>
        <w:tc>
          <w:tcPr>
            <w:tcW w:type="dxa" w:w="4986"/>
            <w:tcBorders>
              <w:top w:val="nil"/>
              <w:left w:val="nil"/>
              <w:bottom w:val="nil"/>
              <w:right w:val="nil"/>
              <w:insideH w:val="nil"/>
              <w:insideV w:val="nil"/>
            </w:tcBorders>
          </w:tcPr>
          <w:p>
            <w:pPr>
              <w:jc w:val="center"/>
            </w:pPr>
            <w:r>
              <w:t>Vendedor / Proveedor</w:t>
            </w:r>
          </w:p>
        </w:tc>
      </w:tr>
      <w:tr>
        <w:tc>
          <w:tcPr>
            <w:tcW w:type="dxa" w:w="4986"/>
            <w:tcBorders>
              <w:top w:val="nil"/>
              <w:left w:val="nil"/>
              <w:bottom w:val="nil"/>
              <w:right w:val="nil"/>
              <w:insideH w:val="nil"/>
              <w:insideV w:val="nil"/>
            </w:tcBorders>
          </w:tcPr>
          <w:p>
            <w:pPr>
              <w:jc w:val="center"/>
            </w:pPr>
            <w:r>
              <w:br/>
              <w:br/>
              <w:t>Firma : ___________________________</w:t>
            </w:r>
          </w:p>
        </w:tc>
        <w:tc>
          <w:tcPr>
            <w:tcW w:type="dxa" w:w="4986"/>
            <w:tcBorders>
              <w:top w:val="nil"/>
              <w:left w:val="nil"/>
              <w:bottom w:val="nil"/>
              <w:right w:val="nil"/>
              <w:insideH w:val="nil"/>
              <w:insideV w:val="nil"/>
            </w:tcBorders>
          </w:tcPr>
          <w:p>
            <w:pPr>
              <w:jc w:val="center"/>
            </w:pPr>
            <w:r>
              <w:br/>
              <w:br/>
              <w:t>Firma : ___________________________</w:t>
            </w:r>
          </w:p>
        </w:tc>
      </w:tr>
      <w:tr>
        <w:tc>
          <w:tcPr>
            <w:tcW w:type="dxa" w:w="4986"/>
            <w:tcBorders>
              <w:top w:val="nil"/>
              <w:left w:val="nil"/>
              <w:bottom w:val="nil"/>
              <w:right w:val="nil"/>
              <w:insideH w:val="nil"/>
              <w:insideV w:val="nil"/>
            </w:tcBorders>
          </w:tcPr>
          <w:p>
            <w:pPr>
              <w:jc w:val="center"/>
            </w:pPr>
            <w:r>
              <w:t>Nombre : __________________________</w:t>
            </w:r>
          </w:p>
        </w:tc>
        <w:tc>
          <w:tcPr>
            <w:tcW w:type="dxa" w:w="4986"/>
            <w:tcBorders>
              <w:top w:val="nil"/>
              <w:left w:val="nil"/>
              <w:bottom w:val="nil"/>
              <w:right w:val="nil"/>
              <w:insideH w:val="nil"/>
              <w:insideV w:val="nil"/>
            </w:tcBorders>
          </w:tcPr>
          <w:p>
            <w:pPr>
              <w:jc w:val="center"/>
            </w:pPr>
            <w:r>
              <w:t>Nombre : 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https://lex-mercantil.com/modelo-reclamacion-por-incumplimiento-plazo-entrega/</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modelo-reclamacion-por-incumplimiento-plazo-entrega/"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