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RENUNCIA AL CARGO DE ADMINISTRADOR DE SOCIEDAD LIMITADA</w:t>
      </w:r>
    </w:p>
    <w:p/>
    <w:p>
      <w:r>
        <w:rPr>
          <w:b/>
          <w:sz w:val="20"/>
        </w:rPr>
        <w:t>Don/Doña : _____________________________________________________________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Con domicilio en : ________________________________________________________</w:t>
      </w:r>
    </w:p>
    <w:p>
      <w:r>
        <w:rPr>
          <w:b/>
          <w:sz w:val="20"/>
        </w:rPr>
        <w:t>En su calidad de administrador/a de la sociedad mercantil limitada denominada:</w:t>
      </w:r>
    </w:p>
    <w:p>
      <w:r>
        <w:rPr>
          <w:b w:val="0"/>
          <w:sz w:val="20"/>
        </w:rPr>
        <w:t>Razón social : ___________________________________________________________</w:t>
      </w:r>
    </w:p>
    <w:p>
      <w:r>
        <w:rPr>
          <w:b w:val="0"/>
          <w:sz w:val="20"/>
        </w:rPr>
        <w:t>Con CIF nº : 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________________________________________________________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1.º Que por medio del presente escrito comunica su voluntad irrevocable de renunciar al cargo de administrador/a de la sociedad arriba indicada.</w:t>
      </w:r>
    </w:p>
    <w:p/>
    <w:p>
      <w:r>
        <w:rPr>
          <w:b w:val="0"/>
          <w:sz w:val="20"/>
        </w:rPr>
        <w:t>2.º Que la renuncia surtirá efectos a partir del momento en que sea aceptada conforme a lo establecido en la legislación y estatutos aplicables.</w:t>
      </w:r>
    </w:p>
    <w:p/>
    <w:p>
      <w:r>
        <w:rPr>
          <w:b w:val="0"/>
          <w:sz w:val="20"/>
        </w:rPr>
        <w:t>3.º Que se compromete a colaborar en la entrega de la documentación y responsabilidades inherentes al cargo para garantizar una transición adecuada y conforme a la legalidad vigente.</w:t>
      </w:r>
    </w:p>
    <w:p/>
    <w:p>
      <w:r>
        <w:rPr>
          <w:b/>
          <w:sz w:val="20"/>
        </w:rPr>
        <w:t>SOLICITA</w:t>
      </w:r>
    </w:p>
    <w:p>
      <w:r>
        <w:rPr>
          <w:b w:val="0"/>
          <w:sz w:val="20"/>
        </w:rPr>
        <w:t>Que se tenga por presentada esta renuncia y se proceda a su inscripción en el Registro Mercantil correspondiente, así como a la actualización de los órganos sociales conforme a lo establecido por la Ley de Sociedades de Capital.</w:t>
      </w:r>
    </w:p>
    <w:p/>
    <w:p/>
    <w:p>
      <w:r>
        <w:rPr>
          <w:b w:val="0"/>
          <w:sz w:val="20"/>
        </w:rPr>
        <w:t>En ____________________________________________________, a ____ de ______________ de ______</w:t>
      </w:r>
    </w:p>
    <w:p/>
    <w:p/>
    <w:p/>
    <w:p>
      <w:r>
        <w:rPr>
          <w:b/>
          <w:sz w:val="20"/>
        </w:rPr>
        <w:t>Firma del administrador/a que renuncia :</w:t>
      </w:r>
    </w:p>
    <w:p>
      <w:r>
        <w:rPr>
          <w:b w:val="0"/>
          <w:sz w:val="20"/>
        </w:rPr>
        <w:t>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Administrador/a que renuncia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Sociedad Limitada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Por la sociedad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https://lex-mercantil.com/modelo-renuncia-administrador-sociedad-limitada/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renuncia-administrador-sociedad-limitad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