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RENUNCIA AL CARGO DE TESORERO</w:t>
      </w:r>
    </w:p>
    <w:p/>
    <w:p>
      <w:r>
        <w:rPr>
          <w:b/>
          <w:sz w:val="20"/>
        </w:rPr>
        <w:t>Don/Doña : ____________________________________________________________</w:t>
      </w:r>
    </w:p>
    <w:p>
      <w:r>
        <w:rPr>
          <w:b/>
          <w:sz w:val="20"/>
        </w:rPr>
        <w:t>Con DNI/NIE : __________________________________________________________</w:t>
      </w:r>
    </w:p>
    <w:p>
      <w:r>
        <w:rPr>
          <w:b w:val="0"/>
          <w:sz w:val="20"/>
        </w:rPr>
        <w:t>En calidad de Tesorero/a de la entidad Asociación/Comunidad/Entidad : _______________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 por motivos personales y/o profesionales, y sin que concurran causas disciplinarias ni de ninguna otra índole, manifiesta su voluntad libre, voluntaria e irrevocable de renunciar al cargo de Tesorero/a de la entidad mencionada.</w:t>
      </w:r>
    </w:p>
    <w:p/>
    <w:p>
      <w:r>
        <w:rPr>
          <w:b/>
          <w:sz w:val="20"/>
        </w:rPr>
        <w:t>SOLICITA:</w:t>
      </w:r>
    </w:p>
    <w:p>
      <w:r>
        <w:rPr>
          <w:b w:val="0"/>
          <w:sz w:val="20"/>
        </w:rPr>
        <w:t>Que se tenga por presentada esta renuncia y se proceda a la aceptación formal de la misma, efectuando los trámites necesarios para su efectiva inscripción y constancia en los registros correspondientes.</w:t>
      </w:r>
    </w:p>
    <w:p/>
    <w:p>
      <w:r>
        <w:rPr>
          <w:b/>
          <w:sz w:val="20"/>
        </w:rPr>
        <w:t>DECLARA:</w:t>
      </w:r>
    </w:p>
    <w:p>
      <w:r>
        <w:rPr>
          <w:b w:val="0"/>
          <w:sz w:val="20"/>
        </w:rPr>
        <w:t>Que ha cumplido con todas las obligaciones inherentes a su cargo hasta la fecha, habiendo entregado toda la documentación, cuentas y justificantes de ingresos y gastos a la Junta Directiva o persona designada, sin que existan pendientes o responsabilidades económicas que asumir.</w:t>
      </w:r>
    </w:p>
    <w:p/>
    <w:p>
      <w:r>
        <w:rPr>
          <w:b w:val="0"/>
          <w:sz w:val="20"/>
        </w:rPr>
        <w:t>En _________________________________, a _____ de ______________ de 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Tesorer@ que renuncia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Presidente/a de la Entidad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  <w:br/>
              <w:t>Nombre: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  <w:br/>
              <w:t>Nombre: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https://lex-mercantil.com/modelo-renuncia-cargo-tesorero/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renuncia-cargo-tesorer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