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RENUNCIA AL DERECHO DE ADQUISICIÓN PREFERENTE DE PARTICIPACIONES SOCIALES</w:t>
      </w:r>
    </w:p>
    <w:p/>
    <w:p/>
    <w:p>
      <w:r>
        <w:rPr>
          <w:b/>
          <w:sz w:val="20"/>
        </w:rPr>
        <w:t>REUNIDOS</w:t>
      </w:r>
    </w:p>
    <w:p>
      <w:r>
        <w:rPr>
          <w:b w:val="0"/>
          <w:sz w:val="20"/>
        </w:rPr>
        <w:t>De una parte, Don/Doña ____________________________________________________, mayor de edad, con Documento Nacional de Identidad número ____________________, y domicilio en _______________________________________________________________.</w:t>
      </w:r>
    </w:p>
    <w:p/>
    <w:p>
      <w:r>
        <w:rPr>
          <w:b w:val="0"/>
          <w:sz w:val="20"/>
        </w:rPr>
        <w:t>De otra parte, Don/Doña ____________________________________________________, mayor de edad, con Documento Nacional de Identidad número ____________________, y domicilio en _______________________________________________________________.</w:t>
      </w:r>
    </w:p>
    <w:p/>
    <w:p>
      <w:r>
        <w:rPr>
          <w:b/>
          <w:sz w:val="20"/>
        </w:rPr>
        <w:t>EXPONEN</w:t>
      </w:r>
    </w:p>
    <w:p>
      <w:r>
        <w:rPr>
          <w:b w:val="0"/>
          <w:sz w:val="20"/>
        </w:rPr>
        <w:t>I. Que Don/Doña _____________________________________________________ es titular de participaciones sociales en la sociedad ________________________________, con CIF ____________________, y domicilio social en ___________________________________________________.</w:t>
      </w:r>
    </w:p>
    <w:p>
      <w:r>
        <w:rPr>
          <w:b w:val="0"/>
          <w:sz w:val="20"/>
        </w:rPr>
        <w:t>II. Que Don/Doña _____________________________________________________ ostenta el derecho de adquisición preferente sobre las participaciones sociales mencionadas, conforme a lo dispuesto en la Ley de Sociedades de Capital y los estatutos sociales.</w:t>
      </w:r>
    </w:p>
    <w:p>
      <w:r>
        <w:rPr>
          <w:b w:val="0"/>
          <w:sz w:val="20"/>
        </w:rPr>
        <w:t>III. Que ambas partes desean formalizar la renuncia expresa y voluntaria por parte de Don/Doña _____________________________________________________ al derecho de adquisición preferente que le corresponde sobre las participaciones sociales objeto de transmisión.</w:t>
      </w:r>
    </w:p>
    <w:p/>
    <w:p>
      <w:r>
        <w:rPr>
          <w:b/>
          <w:sz w:val="20"/>
        </w:rPr>
        <w:t>MANIFIESTAN</w:t>
      </w:r>
    </w:p>
    <w:p>
      <w:r>
        <w:rPr>
          <w:b w:val="0"/>
          <w:sz w:val="20"/>
        </w:rPr>
        <w:t>Primero.- Don/Doña _____________________________________________________ declara que renuncia total, expresa, irrevocable y sin reservas al derecho de adquisición preferente que le corresponde sobre las participaciones sociales de la sociedad ________________________________, titularidad de Don/Doña _____________________________________________________.</w:t>
      </w:r>
    </w:p>
    <w:p>
      <w:r>
        <w:rPr>
          <w:b w:val="0"/>
          <w:sz w:val="20"/>
        </w:rPr>
        <w:t>Segundo.- La renuncia tiene efecto inmediato y permitirá a Don/Doña _____________________________________________________ transmitir libremente sus participaciones sociales sin que la parte renunciante pueda ejercitar en el futuro dicho derecho.</w:t>
      </w:r>
    </w:p>
    <w:p>
      <w:r>
        <w:rPr>
          <w:b w:val="0"/>
          <w:sz w:val="20"/>
        </w:rPr>
        <w:t>Tercero.- Ambas partes reconocen y aceptan que esta renuncia se realiza conforme a la normativa vigente aplicable, sin que exista error, violencia, intimidación o dolo que pueda afectar a la validez del presente documento.</w:t>
      </w:r>
    </w:p>
    <w:p/>
    <w:p>
      <w:r>
        <w:rPr>
          <w:b/>
          <w:sz w:val="20"/>
        </w:rPr>
        <w:t>CLÁUSULAS</w:t>
      </w:r>
    </w:p>
    <w:p>
      <w:r>
        <w:rPr>
          <w:b w:val="0"/>
          <w:sz w:val="20"/>
        </w:rPr>
        <w:t>Primera.- Objeto</w:t>
      </w:r>
    </w:p>
    <w:p>
      <w:r>
        <w:rPr>
          <w:b w:val="0"/>
          <w:sz w:val="20"/>
        </w:rPr>
        <w:t>La presente escritura tiene por objeto la renuncia expresa y unilateral de Don/Doña _____________________________________________________ al derecho de adquisición preferente sobre las participaciones sociales indicadas.</w:t>
      </w:r>
    </w:p>
    <w:p/>
    <w:p>
      <w:r>
        <w:rPr>
          <w:b w:val="0"/>
          <w:sz w:val="20"/>
        </w:rPr>
        <w:t>Segunda.- Alcance y efectos</w:t>
      </w:r>
    </w:p>
    <w:p>
      <w:r>
        <w:rPr>
          <w:b w:val="0"/>
          <w:sz w:val="20"/>
        </w:rPr>
        <w:t>La renuncia afecta exclusivamente al derecho preferente de adquisición y no a otros derechos que pudieran corresponder a Don/Doña _____________________________________________________.</w:t>
      </w:r>
    </w:p>
    <w:p>
      <w:r>
        <w:rPr>
          <w:b w:val="0"/>
          <w:sz w:val="20"/>
        </w:rPr>
        <w:t>Esta renuncia es irrevocable y producirá efectos desde la firma del presente documento, permitiendo la libre transmisión de las participaciones sociales objeto de renuncia.</w:t>
      </w:r>
    </w:p>
    <w:p/>
    <w:p>
      <w:r>
        <w:rPr>
          <w:b w:val="0"/>
          <w:sz w:val="20"/>
        </w:rPr>
        <w:t>Tercera.- Legislación aplicable y jurisdicción</w:t>
      </w:r>
    </w:p>
    <w:p>
      <w:r>
        <w:rPr>
          <w:b w:val="0"/>
          <w:sz w:val="20"/>
        </w:rPr>
        <w:t>La interpretación, validez y cumplimiento del presente documento se regirá por lo dispuesto en la Ley de Sociedades de Capital y demás normativa aplicable en España.</w:t>
      </w:r>
    </w:p>
    <w:p>
      <w:r>
        <w:rPr>
          <w:b w:val="0"/>
          <w:sz w:val="20"/>
        </w:rPr>
        <w:t>Para la resolución de cualquier controversia derivada del presente documento, las partes se someten expresamente a los Juzgados y Tribunales de _____________________________________________________.</w:t>
      </w:r>
    </w:p>
    <w:p/>
    <w:p/>
    <w:p>
      <w:r>
        <w:rPr>
          <w:b w:val="0"/>
          <w:sz w:val="20"/>
        </w:rPr>
        <w:t>Lugar y fecha de la firma : 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FIRMANTE QUE RENUNCIA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FIRMANTE RECEPTOR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https://lex-mercantil.com/modelo-renuncia-derecho-adquisicion-preferente-participaciones/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https://lex-mercantil.com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lex-mercantil.com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mercantil.com/modelo-renuncia-derecho-adquisicion-preferente-participaciones/" TargetMode="External"/><Relationship Id="rId10" Type="http://schemas.openxmlformats.org/officeDocument/2006/relationships/hyperlink" Target="https://lex-mercant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