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RESCISIÓN DE CONTRATO MERCANTIL DE PRESTACIÓN DE SERVICIOS</w:t>
      </w:r>
    </w:p>
    <w:p/>
    <w:p>
      <w:r>
        <w:rPr>
          <w:b/>
          <w:sz w:val="20"/>
        </w:rPr>
        <w:t>REUNIDOS:</w:t>
      </w:r>
    </w:p>
    <w:p>
      <w:r>
        <w:rPr>
          <w:b w:val="0"/>
          <w:sz w:val="20"/>
        </w:rPr>
        <w:t>De una parte, _____________________________, con domicilio social en ______________________________, y CIF número ___________________________, en adelante, “EL CONTRATANTE”.</w:t>
      </w:r>
    </w:p>
    <w:p>
      <w:r>
        <w:rPr>
          <w:b w:val="0"/>
          <w:sz w:val="20"/>
        </w:rPr>
        <w:t>Y, de otra parte, ____________________________, con domicilio social en ______________________________, y CIF número ___________________________, en adelante, “EL CONTRATISTA”.</w:t>
      </w:r>
    </w:p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I. Que ambas partes suscribieron con fecha ______________ un contrato mercantil de prestación de servicios cuyo objeto es _______________________________________________________________.</w:t>
      </w:r>
    </w:p>
    <w:p>
      <w:r>
        <w:rPr>
          <w:b w:val="0"/>
          <w:sz w:val="20"/>
        </w:rPr>
        <w:t>II. Que por mutuo acuerdo y de conformidad con las estipulaciones pactadas en el contrato, desean proceder a la rescisión anticipada del mismo.</w:t>
      </w:r>
    </w:p>
    <w:p/>
    <w:p>
      <w:r>
        <w:rPr>
          <w:b/>
          <w:sz w:val="20"/>
        </w:rPr>
        <w:t>CLÁUSULAS</w:t>
      </w:r>
    </w:p>
    <w:p/>
    <w:p>
      <w:r>
        <w:rPr>
          <w:b/>
          <w:sz w:val="20"/>
        </w:rPr>
        <w:t>Primera – Objeto de la rescisión</w:t>
      </w:r>
    </w:p>
    <w:p>
      <w:r>
        <w:rPr>
          <w:b w:val="0"/>
          <w:sz w:val="20"/>
        </w:rPr>
        <w:t>Por medio del presente documento, EL CONTRATANTE y EL CONTRATISTA acuerdan de forma expresa la RESCISIÓN anticipada y total del contrato mercantil de prestación de servicios referido en el expositivo I, liberándose recíprocamente de las obligaciones y prestaciones pendientes derivadas del mismo.</w:t>
      </w:r>
    </w:p>
    <w:p/>
    <w:p>
      <w:r>
        <w:rPr>
          <w:b/>
          <w:sz w:val="20"/>
        </w:rPr>
        <w:t>Segunda – Efectos de la rescisión</w:t>
      </w:r>
    </w:p>
    <w:p>
      <w:r>
        <w:rPr>
          <w:b w:val="0"/>
          <w:sz w:val="20"/>
        </w:rPr>
        <w:t>La rescisión tendrá efectos desde la fecha de la firma del presente documento, sin que ninguna de las partes tenga derecho a reclamación adicional por incumplimiento o indemnización, salvo lo expresamente pactado en este documento.</w:t>
      </w:r>
    </w:p>
    <w:p/>
    <w:p>
      <w:r>
        <w:rPr>
          <w:b/>
          <w:sz w:val="20"/>
        </w:rPr>
        <w:t>Tercera – Liquidación y pagos pendientes</w:t>
      </w:r>
    </w:p>
    <w:p>
      <w:r>
        <w:rPr>
          <w:b w:val="0"/>
          <w:sz w:val="20"/>
        </w:rPr>
        <w:t>Las partes reconocen haber efectuado la liquidación final de las obligaciones económicas derivadas del contrato, habiendo abonado EL CONTRATANTE a EL CONTRATISTA la cantidad total de ________________ euros (€), en concepto de servicios efectivamente prestados hasta la fecha de rescisión.</w:t>
      </w:r>
    </w:p>
    <w:p/>
    <w:p>
      <w:r>
        <w:rPr>
          <w:b/>
          <w:sz w:val="20"/>
        </w:rPr>
        <w:t>Cuarta – Confidencialidad</w:t>
      </w:r>
    </w:p>
    <w:p>
      <w:r>
        <w:rPr>
          <w:b w:val="0"/>
          <w:sz w:val="20"/>
        </w:rPr>
        <w:t>Ambas partes se obligan a mantener la confidencialidad respecto a toda la información a la que hayan tenido acceso con motivo del contrato y su rescisión, conforme a lo dispuesto en el contrato original y la normativa aplicable.</w:t>
      </w:r>
    </w:p>
    <w:p/>
    <w:p>
      <w:r>
        <w:rPr>
          <w:b/>
          <w:sz w:val="20"/>
        </w:rPr>
        <w:t>Quinta – Renuncia a acciones futuras</w:t>
      </w:r>
    </w:p>
    <w:p>
      <w:r>
        <w:rPr>
          <w:b w:val="0"/>
          <w:sz w:val="20"/>
        </w:rPr>
        <w:t>Ambas partes, en pleno uso de sus facultades, renuncian expresamente a cualquier reclamación, acción o derecho que pudiera derivarse del contrato ahora rescindido, renunciando asimismo a ejercer cualquier acción judicial o extrajudicial en tal sentido.</w:t>
      </w:r>
    </w:p>
    <w:p/>
    <w:p>
      <w:r>
        <w:rPr>
          <w:b/>
          <w:sz w:val="20"/>
        </w:rPr>
        <w:t>Sexta – Legislación aplicable y jurisdicción</w:t>
      </w:r>
    </w:p>
    <w:p>
      <w:r>
        <w:rPr>
          <w:b w:val="0"/>
          <w:sz w:val="20"/>
        </w:rPr>
        <w:t>El presente acuerdo se regirá e interpretará conforme a la legislación española. Para la resolución de cualquier controversia derivada del mismo, las partes se someten expresamente a los Juzgados y Tribunales de ______________________________, renunciando a cualquier otro fuero que pudiera corresponderles.</w:t>
      </w:r>
    </w:p>
    <w:p/>
    <w:p/>
    <w:p>
      <w:pPr>
        <w:jc w:val="center"/>
      </w:pPr>
      <w:r>
        <w:rPr>
          <w:b w:val="0"/>
          <w:sz w:val="20"/>
        </w:rPr>
        <w:t>En _______________________, a ____ de ______________ de 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CONTRATISTA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https://lex-mercantil.com/modelo-rescision-contrato-mercantil-prestacion-servicios/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rescision-contrato-mercantil-prestacion-servici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