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RESOLUCIÓN DE CONTRATO DE COMPRAVENTA POR MUTUO ACUERDO</w:t>
      </w:r>
    </w:p>
    <w:p/>
    <w:p>
      <w:r>
        <w:rPr>
          <w:b/>
          <w:sz w:val="20"/>
        </w:rPr>
        <w:t>REUNIDOS:</w:t>
      </w:r>
    </w:p>
    <w:p>
      <w:r>
        <w:rPr>
          <w:b w:val="0"/>
          <w:sz w:val="20"/>
        </w:rPr>
        <w:t>De una parte, Don/Doña ___________________________________________________, mayor de edad, con domicilio en ___________________________________________________, y DNI/NIE número _________________________________.</w:t>
      </w:r>
    </w:p>
    <w:p/>
    <w:p>
      <w:r>
        <w:rPr>
          <w:b w:val="0"/>
          <w:sz w:val="20"/>
        </w:rPr>
        <w:t>Y de otra parte, Don/Doña ___________________________________________________, mayor de edad, con domicilio en ___________________________________________________, y DNI/NIE número _________________________________.</w:t>
      </w:r>
    </w:p>
    <w:p/>
    <w:p>
      <w:r>
        <w:rPr>
          <w:b/>
          <w:sz w:val="20"/>
        </w:rPr>
        <w:t>EXPONEN:</w:t>
      </w:r>
    </w:p>
    <w:p>
      <w:r>
        <w:rPr>
          <w:b w:val="0"/>
          <w:sz w:val="20"/>
        </w:rPr>
        <w:t>I. Que ambas partes suscribieron con fecha ______________ un contrato de compraventa relativo a _________________________________.</w:t>
      </w:r>
    </w:p>
    <w:p/>
    <w:p>
      <w:r>
        <w:rPr>
          <w:b w:val="0"/>
          <w:sz w:val="20"/>
        </w:rPr>
        <w:t>II. Que ambas partes, de mutuo acuerdo, desean resolver dicho contrato, renunciando a cualquier reclamación derivada del mismo.</w:t>
      </w:r>
    </w:p>
    <w:p/>
    <w:p>
      <w:r>
        <w:rPr>
          <w:b/>
          <w:sz w:val="20"/>
        </w:rPr>
        <w:t>Por lo que, de común acuerdo, acuerdan resolver el contrato de compraventa en los siguientes términos:</w:t>
      </w:r>
    </w:p>
    <w:p/>
    <w:p>
      <w:r>
        <w:rPr>
          <w:b w:val="0"/>
          <w:sz w:val="20"/>
        </w:rPr>
        <w:t>Primero. Resolución del contrato</w:t>
      </w:r>
    </w:p>
    <w:p>
      <w:r>
        <w:rPr>
          <w:b w:val="0"/>
          <w:sz w:val="20"/>
        </w:rPr>
        <w:t>Ambas partes acuerdan resolver el contrato de compraventa referido, liberándose mutuamente de las obligaciones y derechos derivados del mismo.</w:t>
      </w:r>
    </w:p>
    <w:p/>
    <w:p>
      <w:r>
        <w:rPr>
          <w:b w:val="0"/>
          <w:sz w:val="20"/>
        </w:rPr>
        <w:t>Segundo. Devolución y restitución</w:t>
      </w:r>
    </w:p>
    <w:p>
      <w:r>
        <w:rPr>
          <w:b w:val="0"/>
          <w:sz w:val="20"/>
        </w:rPr>
        <w:t>El comprador se compromete a devolver la cosa objeto de compraventa en el plazo de ______________ días desde la firma de este acuerdo, en el estado en que se encontraba al momento de la entrega, salvo el desgaste propio del uso legítimo.</w:t>
      </w:r>
    </w:p>
    <w:p/>
    <w:p>
      <w:r>
        <w:rPr>
          <w:b w:val="0"/>
          <w:sz w:val="20"/>
        </w:rPr>
        <w:t>El vendedor recibirá la devolución y entregará al comprador el importe entregado en concepto de precio, en la forma y plazo que ambas partes acuerden.</w:t>
      </w:r>
    </w:p>
    <w:p/>
    <w:p>
      <w:r>
        <w:rPr>
          <w:b w:val="0"/>
          <w:sz w:val="20"/>
        </w:rPr>
        <w:t>Tercero. Renuncia a reclamaciones</w:t>
      </w:r>
    </w:p>
    <w:p>
      <w:r>
        <w:rPr>
          <w:b w:val="0"/>
          <w:sz w:val="20"/>
        </w:rPr>
        <w:t>Ambas partes renuncian expresamente a cualquier reclamación derivada del contrato de compraventa resuelto, quedando extinguidas todas las obligaciones y derechos relacionados con el mismo.</w:t>
      </w:r>
    </w:p>
    <w:p/>
    <w:p>
      <w:r>
        <w:rPr>
          <w:b w:val="0"/>
          <w:sz w:val="20"/>
        </w:rPr>
        <w:t>Cuarto. Gastos</w:t>
      </w:r>
    </w:p>
    <w:p>
      <w:r>
        <w:rPr>
          <w:b w:val="0"/>
          <w:sz w:val="20"/>
        </w:rPr>
        <w:t>Cada parte asumirá los gastos que le correspondan derivados de la resolución del contrato, incluyendo, en su caso, los gastos notariales, registrales y fiscales.</w:t>
      </w:r>
    </w:p>
    <w:p/>
    <w:p>
      <w:r>
        <w:rPr>
          <w:b w:val="0"/>
          <w:sz w:val="20"/>
        </w:rPr>
        <w:t>Quinto. Legislación y jurisdicción</w:t>
      </w:r>
    </w:p>
    <w:p>
      <w:r>
        <w:rPr>
          <w:b w:val="0"/>
          <w:sz w:val="20"/>
        </w:rPr>
        <w:t>Para todo lo no previsto en este acuerdo, las partes se someten a lo dispuesto en el Código Civil y demás normativa aplicable.</w:t>
      </w:r>
    </w:p>
    <w:p/>
    <w:p>
      <w:r>
        <w:rPr>
          <w:b w:val="0"/>
          <w:sz w:val="20"/>
        </w:rPr>
        <w:t>Las partes acuerdan someter cualquier controversia derivada de este acuerdo a los Juzgados y Tribunales del domicilio del demandado, renunciando a cualquier otro fuero que pudiera corresponderles.</w:t>
      </w:r>
    </w:p>
    <w:p/>
    <w:p/>
    <w:p>
      <w:pPr>
        <w:jc w:val="center"/>
      </w:pPr>
      <w:r>
        <w:rPr>
          <w:b w:val="0"/>
          <w:sz w:val="20"/>
        </w:rPr>
        <w:t>Y en prueba de conformidad, firman el presente acuerdo por duplicado ejemplar en lugar y fecha arriba indicados.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VENDEDOR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COMPRADOR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https://lex-mercantil.com/modelo-resolucion-contrato-compraventa-mutuo-acuerdo/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resolucion-contrato-compraventa-mutuo-acuerd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