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RESOLUCIÓN DE CONTRATO DE PRESTACIÓN DE SERVICIOS POR MUTUO ACUERDO</w:t>
      </w:r>
    </w:p>
    <w:p/>
    <w:p/>
    <w:p>
      <w:r>
        <w:rPr>
          <w:b/>
          <w:sz w:val="20"/>
        </w:rPr>
        <w:t>REUNIDOS:</w:t>
      </w:r>
    </w:p>
    <w:p>
      <w:r>
        <w:rPr>
          <w:b w:val="0"/>
          <w:sz w:val="20"/>
        </w:rPr>
        <w:t>De una parte, D./Dña. ____________________________________, mayor de edad, con DNI nº _________________ y domicilio en ____________________________________________________, en adelante, "El Prestador".</w:t>
      </w:r>
    </w:p>
    <w:p/>
    <w:p>
      <w:r>
        <w:rPr>
          <w:b w:val="0"/>
          <w:sz w:val="20"/>
        </w:rPr>
        <w:t>Y de otra parte, D./Dña. ____________________________________, mayor de edad, con DNI nº _________________ y domicilio en ____________________________________________________, en adelante, "El Cliente".</w:t>
      </w:r>
    </w:p>
    <w:p/>
    <w:p/>
    <w:p>
      <w:r>
        <w:rPr>
          <w:b/>
          <w:sz w:val="20"/>
        </w:rPr>
        <w:t>EXPONEN:</w:t>
      </w:r>
    </w:p>
    <w:p>
      <w:r>
        <w:rPr>
          <w:b w:val="0"/>
          <w:sz w:val="20"/>
        </w:rPr>
        <w:t>I. Que ambas partes suscribieron con fecha ____________, un contrato de prestación de servicios por el cual "El Prestador" se comprometía a realizar determinados servicios para "El Cliente".</w:t>
      </w:r>
    </w:p>
    <w:p>
      <w:r>
        <w:rPr>
          <w:b w:val="0"/>
          <w:sz w:val="20"/>
        </w:rPr>
        <w:t>II. Que por mutuo acuerdo, ambas partes desean extinguir la relación contractual que les une, sin que exista controversia ni reclamación pendiente.</w:t>
      </w:r>
    </w:p>
    <w:p/>
    <w:p/>
    <w:p>
      <w:r>
        <w:rPr>
          <w:b/>
          <w:sz w:val="20"/>
        </w:rPr>
        <w:t>ACUERDAN:</w:t>
      </w:r>
    </w:p>
    <w:p>
      <w:r>
        <w:rPr>
          <w:b w:val="0"/>
          <w:sz w:val="20"/>
        </w:rPr>
        <w:t>Primero. - Resolver de mutuo acuerdo el contrato de prestación de servicios referido en el expositivo I, con efectos inmediatos desde la firma del presente documento.</w:t>
      </w:r>
    </w:p>
    <w:p>
      <w:r>
        <w:rPr>
          <w:b w:val="0"/>
          <w:sz w:val="20"/>
        </w:rPr>
        <w:t>Segundo. - Ambas partes manifiestan que no existen cantidades pendientes de pago ni reclamaciones de cualquier índole derivadas del contrato ahora extinguido.</w:t>
      </w:r>
    </w:p>
    <w:p>
      <w:r>
        <w:rPr>
          <w:b w:val="0"/>
          <w:sz w:val="20"/>
        </w:rPr>
        <w:t>Tercero. - "El Prestador" y "El Cliente" renuncian expresamente a cualquier derecho o acción que pudiera derivarse del contrato resuelto.</w:t>
      </w:r>
    </w:p>
    <w:p>
      <w:r>
        <w:rPr>
          <w:b w:val="0"/>
          <w:sz w:val="20"/>
        </w:rPr>
        <w:t>Cuarto. - El presente acuerdo pone fin a cualquier relación contractual y obliga a ambas partes en los términos expuestos.</w:t>
      </w:r>
    </w:p>
    <w:p/>
    <w:p>
      <w:r>
        <w:rPr>
          <w:b/>
          <w:sz w:val="20"/>
        </w:rPr>
        <w:t>Cláusulas:</w:t>
      </w:r>
    </w:p>
    <w:p>
      <w:r>
        <w:rPr>
          <w:b w:val="0"/>
          <w:sz w:val="20"/>
        </w:rPr>
        <w:t>1. Confidencialidad: Ambas partes se comprometen a mantener la confidencialidad sobre las condiciones y asuntos relacionados con este acuerdo.</w:t>
      </w:r>
    </w:p>
    <w:p>
      <w:r>
        <w:rPr>
          <w:b w:val="0"/>
          <w:sz w:val="20"/>
        </w:rPr>
        <w:t>2. Legislación aplicable: El presente acuerdo se regirá e interpretará conforme a la legislación española vigente.</w:t>
      </w:r>
    </w:p>
    <w:p>
      <w:r>
        <w:rPr>
          <w:b w:val="0"/>
          <w:sz w:val="20"/>
        </w:rPr>
        <w:t>3. Jurisdicción: Para cualquier controversia derivada del presente acuerdo, las partes se someten a los Juzgados y Tribunales del domicilio de "El Cliente", con renuncia expresa a cualquier otro fuero que pudiera corresponderles.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PRESTADOR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CLIENTE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https://lex-mercantil.com/modelo-resolucion-contrato-prestacion-servicios-mutuo-acuerdo/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resolucion-contrato-prestacion-servicios-mutuo-acuerd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