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BAJA COMO SOCIO DE COOPERATIVA</w:t>
      </w:r>
    </w:p>
    <w:p/>
    <w:p/>
    <w:p>
      <w:r>
        <w:rPr>
          <w:b/>
          <w:sz w:val="20"/>
        </w:rPr>
        <w:t>A LA JUNTA DIRECTIVA DE LA COOPERATIVA:</w:t>
      </w:r>
    </w:p>
    <w:p/>
    <w:p>
      <w:r>
        <w:rPr>
          <w:b w:val="0"/>
          <w:sz w:val="20"/>
        </w:rPr>
        <w:t>Yo, el/la abajo firmante, en calidad de socio/a de la Cooperativa, conforme a los estatutos vigentes y en ejercicio de mi derecho, SOLICITO formalmente la baja como socio/a de la entidad cooperativa, de conformidad con las siguientes declaraciones y fundamentos.</w:t>
      </w:r>
    </w:p>
    <w:p/>
    <w:p/>
    <w:p>
      <w:r>
        <w:rPr>
          <w:b/>
          <w:sz w:val="20"/>
        </w:rPr>
        <w:t>DATOS PERSONALES DEL SOLICITANTE: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NIF/NIE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>
      <w:r>
        <w:rPr>
          <w:b/>
          <w:sz w:val="20"/>
        </w:rPr>
        <w:t>FUNDAMENTOS Y MOTIVOS DE LA SOLICITUD:</w:t>
      </w:r>
    </w:p>
    <w:p>
      <w:r>
        <w:rPr>
          <w:b w:val="0"/>
          <w:sz w:val="20"/>
        </w:rPr>
        <w:t>Manifiesto mi voluntad de dar por concluida mi condición de socio/a de la Cooperativa, sin que exista obligación pendiente alguna que me vincule a la misma, y con conocimiento de que, conforme a los estatutos sociales, procederá la liquidación de mis derechos económicos cooperativos en el plazo y forma establecidos.</w:t>
      </w:r>
    </w:p>
    <w:p/>
    <w:p/>
    <w:p>
      <w:r>
        <w:rPr>
          <w:b/>
          <w:sz w:val="20"/>
        </w:rPr>
        <w:t>PETICIÓN:</w:t>
      </w:r>
    </w:p>
    <w:p>
      <w:r>
        <w:rPr>
          <w:b w:val="0"/>
          <w:sz w:val="20"/>
        </w:rPr>
        <w:t>Por todo lo expuesto,</w:t>
      </w:r>
    </w:p>
    <w:p>
      <w:r>
        <w:rPr>
          <w:b w:val="0"/>
          <w:sz w:val="20"/>
        </w:rPr>
        <w:t>SOLICITO que se me otorgue de baja como socio/a de la Cooperativa, haciendo constar la fecha en que esta solicitud sea recibida y registrada, y se proceda a la liquidación de mis derechos conforme a la normativa aplicable.</w:t>
      </w:r>
    </w:p>
    <w:p/>
    <w:p/>
    <w:p>
      <w:r>
        <w:rPr>
          <w:b w:val="0"/>
          <w:sz w:val="20"/>
        </w:rPr>
        <w:t>En ____________________________, a ______ de _______________ de ________</w:t>
      </w:r>
    </w:p>
    <w:p/>
    <w:p/>
    <w:p/>
    <w:p>
      <w:r>
        <w:rPr>
          <w:b/>
          <w:sz w:val="20"/>
        </w:rPr>
        <w:t>Firma del solicitante:</w:t>
      </w:r>
    </w:p>
    <w:p>
      <w:r>
        <w:rPr>
          <w:b w:val="0"/>
          <w:sz w:val="20"/>
        </w:rPr>
        <w:t>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Datos de la Cooperativa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Datos del Solicitante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NIF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NIF/NIE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https://lex-mercantil.com/modelo-solicitud-baja-socio-cooperativa/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solicitud-baja-socio-cooperativ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